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60" w:after="80"/>
        <w:jc w:val="center"/>
      </w:pPr>
      <w:r>
        <w:rPr>
          <w:rFonts w:ascii="Arial" w:hAnsi="Arial" w:eastAsia="Noto Sans SC"/>
          <w:b/>
          <w:i w:val="0"/>
          <w:color w:val="000000"/>
          <w:sz w:val="38"/>
        </w:rPr>
        <w:t>韩国签证个人简历填写模板</w:t>
      </w:r>
    </w:p>
    <w:p>
      <w:pPr>
        <w:spacing w:before="0" w:after="60" w:line="300" w:lineRule="auto"/>
        <w:jc w:val="center"/>
      </w:pPr>
      <w:r>
        <w:rPr>
          <w:rFonts w:ascii="Arial" w:hAnsi="Arial" w:eastAsia="Noto Sans SC"/>
          <w:b/>
          <w:i w:val="0"/>
          <w:color w:val="000000"/>
          <w:sz w:val="22"/>
        </w:rPr>
        <w:t>签证补充材料  可编辑空白模板</w:t>
      </w:r>
    </w:p>
    <w:p>
      <w:pPr>
        <w:spacing w:before="0" w:after="140" w:line="300" w:lineRule="auto"/>
        <w:jc w:val="center"/>
      </w:pPr>
      <w:r>
        <w:rPr>
          <w:rFonts w:ascii="Arial" w:hAnsi="Arial" w:eastAsia="Noto Sans SC"/>
          <w:b w:val="0"/>
          <w:i w:val="0"/>
          <w:color w:val="676E75"/>
          <w:sz w:val="18"/>
        </w:rPr>
        <w:t>签界  2026年9月更新  Word版</w:t>
      </w:r>
    </w:p>
    <w:p>
      <w:pPr>
        <w:spacing w:before="0" w:after="80" w:line="300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本模板用于主管使领馆、签证申请中心或承办机构明确要求提交个人简历时的信息整理，不替代大韩民国签证申请表。填写内容应与护照、申请表及其他证明材料保持一致。</w:t>
      </w:r>
    </w:p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填写前说明</w:t>
      </w:r>
    </w:p>
    <w:p>
      <w:pPr>
        <w:pStyle w:val="ListBullet"/>
        <w:spacing w:after="40" w:line="278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9"/>
        </w:rPr>
        <w:t>姓名、护照号码、出生日期等身份信息以护照记载为准。</w:t>
      </w:r>
    </w:p>
    <w:p>
      <w:pPr>
        <w:pStyle w:val="ListBullet"/>
        <w:spacing w:after="40" w:line="278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9"/>
        </w:rPr>
        <w:t>教育和工作经历按时间顺序填写；没有相关经历的项目可填写“无”或“不适用”。</w:t>
      </w:r>
    </w:p>
    <w:p>
      <w:pPr>
        <w:pStyle w:val="ListBullet"/>
        <w:spacing w:after="40" w:line="278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9"/>
        </w:rPr>
        <w:t>收入、资产及家庭信息只按实际情况填写，不设置统一金额标准。</w:t>
      </w:r>
    </w:p>
    <w:p>
      <w:pPr>
        <w:pStyle w:val="ListBullet"/>
        <w:spacing w:after="40" w:line="278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9"/>
        </w:rPr>
        <w:t>最终使用语言、签名方式及是否需要原件，以受理机构当期通知为准。</w:t>
      </w:r>
    </w:p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个人基本信息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41"/>
        <w:gridCol w:w="2541"/>
        <w:gridCol w:w="2541"/>
        <w:gridCol w:w="2541"/>
      </w:tblGrid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姓名（中文）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护照英文姓名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性别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出生日期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>年      月      日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国籍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身份证号码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护照号码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婚姻状况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手机号码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电子邮箱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现居住地址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户籍所在地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</w:tbl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教育经历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2088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起止时间</w:t>
            </w:r>
          </w:p>
        </w:tc>
        <w:tc>
          <w:tcPr>
            <w:tcW w:type="dxa" w:w="3311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学校名称</w:t>
            </w:r>
          </w:p>
        </w:tc>
        <w:tc>
          <w:tcPr>
            <w:tcW w:type="dxa" w:w="2664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专业或课程</w:t>
            </w:r>
          </w:p>
        </w:tc>
        <w:tc>
          <w:tcPr>
            <w:tcW w:type="dxa" w:w="2088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学历或学位</w:t>
            </w:r>
          </w:p>
        </w:tc>
      </w:tr>
      <w:tr>
        <w:trPr>
          <w:cantSplit w:val="true"/>
        </w:trPr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>年/月—年/月</w:t>
            </w:r>
          </w:p>
        </w:tc>
        <w:tc>
          <w:tcPr>
            <w:tcW w:type="dxa" w:w="3311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66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311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664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311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66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311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664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</w:tbl>
    <w:p>
      <w:pPr>
        <w:spacing w:before="80" w:after="0" w:line="300" w:lineRule="auto"/>
        <w:jc w:val="left"/>
      </w:pPr>
      <w:r>
        <w:rPr>
          <w:rFonts w:ascii="Arial" w:hAnsi="Arial" w:eastAsia="Noto Sans SC"/>
          <w:b w:val="0"/>
          <w:i w:val="0"/>
          <w:color w:val="676E75"/>
          <w:sz w:val="17"/>
        </w:rPr>
        <w:t>如经历较多，可在表格下方增加行，或另附一页并由申请人签名确认。</w:t>
      </w:r>
    </w:p>
    <w:p>
      <w:pPr>
        <w:pageBreakBefore/>
        <w:spacing w:after="0"/>
      </w:pPr>
      <w:r>
        <w:rPr>
          <w:rFonts w:ascii="Arial" w:hAnsi="Arial" w:eastAsia="Noto Sans SC"/>
          <w:b w:val="0"/>
          <w:i w:val="0"/>
          <w:color w:val="FFFFFF"/>
          <w:sz w:val="2"/>
        </w:rPr>
        <w:t xml:space="preserve"> </w:t>
      </w:r>
    </w:p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工作经历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2088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起止时间</w:t>
            </w:r>
          </w:p>
        </w:tc>
        <w:tc>
          <w:tcPr>
            <w:tcW w:type="dxa" w:w="3096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单位名称</w:t>
            </w:r>
          </w:p>
        </w:tc>
        <w:tc>
          <w:tcPr>
            <w:tcW w:type="dxa" w:w="2448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部门及职位</w:t>
            </w:r>
          </w:p>
        </w:tc>
        <w:tc>
          <w:tcPr>
            <w:tcW w:type="dxa" w:w="2520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单位地址及电话</w:t>
            </w:r>
          </w:p>
        </w:tc>
      </w:tr>
      <w:tr>
        <w:trPr>
          <w:cantSplit w:val="true"/>
        </w:trPr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>年/月—年/月</w:t>
            </w:r>
          </w:p>
        </w:tc>
        <w:tc>
          <w:tcPr>
            <w:tcW w:type="dxa" w:w="3096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44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520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096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44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520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096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44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520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3096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44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520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</w:tbl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家庭成员情况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33"/>
        <w:gridCol w:w="2033"/>
        <w:gridCol w:w="2033"/>
        <w:gridCol w:w="2033"/>
        <w:gridCol w:w="2033"/>
      </w:tblGrid>
      <w:tr>
        <w:trPr>
          <w:tblHeader w:val="true"/>
        </w:trPr>
        <w:tc>
          <w:tcPr>
            <w:tcW w:type="dxa" w:w="1944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与申请人关系</w:t>
            </w:r>
          </w:p>
        </w:tc>
        <w:tc>
          <w:tcPr>
            <w:tcW w:type="dxa" w:w="2088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姓名</w:t>
            </w:r>
          </w:p>
        </w:tc>
        <w:tc>
          <w:tcPr>
            <w:tcW w:type="dxa" w:w="1800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出生日期</w:t>
            </w:r>
          </w:p>
        </w:tc>
        <w:tc>
          <w:tcPr>
            <w:tcW w:type="dxa" w:w="1944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职业</w:t>
            </w:r>
          </w:p>
        </w:tc>
        <w:tc>
          <w:tcPr>
            <w:tcW w:type="dxa" w:w="2376"/>
            <w:shd w:fill="245B7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现居住国家或地区</w:t>
            </w:r>
          </w:p>
        </w:tc>
      </w:tr>
      <w:tr>
        <w:trPr>
          <w:cantSplit w:val="true"/>
        </w:trPr>
        <w:tc>
          <w:tcPr>
            <w:tcW w:type="dxa" w:w="194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800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94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376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944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800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944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376"/>
            <w:shd w:fill="F7F9F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94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08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800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194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  <w:tc>
          <w:tcPr>
            <w:tcW w:type="dxa" w:w="2376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135" w:type="dxa"/>
              <w:start w:w="100" w:type="dxa"/>
              <w:bottom w:w="135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6"/>
              </w:rPr>
              <w:t xml:space="preserve"> </w:t>
            </w:r>
          </w:p>
        </w:tc>
      </w:tr>
    </w:tbl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经济能力及费用信息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41"/>
        <w:gridCol w:w="2541"/>
        <w:gridCol w:w="2541"/>
        <w:gridCol w:w="2541"/>
      </w:tblGrid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当前职业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单位或学校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职位或课程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年收入及币种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赴韩费用承担人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与申请人关系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经济情况说明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可提供的证明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房产或其他资产</w:t>
            </w:r>
          </w:p>
        </w:tc>
        <w:tc>
          <w:tcPr>
            <w:tcW w:type="dxa" w:w="31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  <w:tc>
          <w:tcPr>
            <w:tcW w:type="dxa" w:w="1800"/>
            <w:shd w:fill="EAF2F7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是否另附材料</w:t>
            </w:r>
          </w:p>
        </w:tc>
        <w:tc>
          <w:tcPr>
            <w:tcW w:type="dxa" w:w="338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676E75"/>
                <w:sz w:val="18"/>
              </w:rPr>
              <w:t xml:space="preserve"> </w:t>
            </w:r>
          </w:p>
        </w:tc>
      </w:tr>
    </w:tbl>
    <w:p>
      <w:pPr>
        <w:pStyle w:val="Heading1"/>
        <w:keepNext/>
        <w:spacing w:before="160" w:after="100"/>
      </w:pPr>
      <w:r>
        <w:rPr>
          <w:rFonts w:ascii="Arial" w:hAnsi="Arial" w:eastAsia="Noto Sans SC"/>
          <w:b/>
          <w:i w:val="0"/>
          <w:color w:val="000000"/>
          <w:sz w:val="26"/>
        </w:rPr>
        <w:t>申请人声明</w:t>
      </w:r>
    </w:p>
    <w:p>
      <w:pPr>
        <w:spacing w:before="0" w:after="120" w:line="300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本人确认本简历所填信息真实、完整，与签证申请表及所提交材料一致。如受理机关要求补充说明，本人愿意按照通知提供相关材料。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83"/>
        <w:gridCol w:w="5083"/>
      </w:tblGrid>
      <w:tr>
        <w:trPr>
          <w:cantSplit w:val="true"/>
        </w:trPr>
        <w:tc>
          <w:tcPr>
            <w:tcW w:type="dxa" w:w="50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8"/>
              </w:rPr>
              <w:t xml:space="preserve"> </w:t>
            </w: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申请人姓名：</w:t>
            </w:r>
          </w:p>
        </w:tc>
        <w:tc>
          <w:tcPr>
            <w:tcW w:type="dxa" w:w="50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8"/>
              </w:rPr>
              <w:t xml:space="preserve"> </w:t>
            </w: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申请人签名：</w:t>
            </w:r>
          </w:p>
        </w:tc>
      </w:tr>
      <w:tr>
        <w:trPr>
          <w:cantSplit w:val="true"/>
        </w:trPr>
        <w:tc>
          <w:tcPr>
            <w:tcW w:type="dxa" w:w="50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8"/>
              </w:rPr>
              <w:t xml:space="preserve"> </w:t>
            </w: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填写日期：        年      月      日</w:t>
            </w:r>
          </w:p>
        </w:tc>
        <w:tc>
          <w:tcPr>
            <w:tcW w:type="dxa" w:w="5068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  <w:insideH w:val="single" w:sz="6" w:space="0" w:color="D9D9D9"/>
              <w:insideV w:val="single" w:sz="6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8"/>
              </w:rPr>
              <w:t xml:space="preserve"> </w:t>
            </w:r>
            <w:r>
              <w:rPr>
                <w:rFonts w:ascii="Arial" w:hAnsi="Arial" w:eastAsia="Noto Sans SC"/>
                <w:b/>
                <w:i w:val="0"/>
                <w:color w:val="232323"/>
                <w:sz w:val="18"/>
              </w:rPr>
              <w:t>联系电话：</w:t>
            </w:r>
          </w:p>
        </w:tc>
      </w:tr>
    </w:tbl>
    <w:p>
      <w:pPr>
        <w:spacing w:before="60" w:after="0" w:line="276" w:lineRule="auto"/>
        <w:jc w:val="left"/>
      </w:pPr>
      <w:r>
        <w:rPr>
          <w:rFonts w:ascii="Arial" w:hAnsi="Arial" w:eastAsia="Noto Sans SC"/>
          <w:b w:val="0"/>
          <w:i w:val="0"/>
          <w:color w:val="676E75"/>
          <w:sz w:val="16"/>
        </w:rPr>
        <w:t>使用提示：本模板仅在受理机构明确要求时提交；文件含有个人敏感信息，请妥善保管。</w:t>
      </w:r>
    </w:p>
    <w:sectPr w:rsidR="00FC693F" w:rsidRPr="0006063C" w:rsidSect="00034616">
      <w:footerReference w:type="default" r:id="rId9"/>
      <w:pgSz w:w="12240" w:h="15840"/>
      <w:pgMar w:top="835" w:right="1037" w:bottom="1123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SC"/>
              <w:b w:val="0"/>
              <w:i w:val="0"/>
              <w:color w:val="676E75"/>
              <w:sz w:val="17"/>
            </w:rPr>
            <w:t xml:space="preserve">韩国签证资料下载   |   </w:t>
          </w:r>
          <w:hyperlink r:id="rId1">
            <w:r>
              <w:rPr>
                <w:rFonts w:ascii="Arial" w:hAnsi="Arial" w:eastAsia="Noto Sans SC"/>
                <w:color w:val="6EAEDD"/>
                <w:sz w:val="17"/>
                <w:u w:val="none"/>
              </w:rPr>
              <w:t>kor.360qianjie.com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SC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SC"/>
      <w:b/>
      <w:color w:val="000000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kor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韩国签证个人简历填写模板</dc:title>
  <dc:subject>2026年韩国签证个人简历可编辑空白模板</dc:subject>
  <dc:creator>签界</dc:creator>
  <cp:keywords>韩国签证个人简历模板,韩国签证简历填写,韩国签证材料模板,韩国签证资料下载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