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pacing w:before="60" w:after="80"/>
        <w:jc w:val="center"/>
      </w:pPr>
      <w:r>
        <w:rPr>
          <w:rFonts w:ascii="Arial" w:hAnsi="Arial" w:eastAsia="Noto Sans CJK SC"/>
          <w:b/>
          <w:i w:val="0"/>
          <w:color w:val="000000"/>
          <w:sz w:val="40"/>
        </w:rPr>
        <w:t>美国签证在职证明模板</w:t>
      </w:r>
    </w:p>
    <w:p>
      <w:pPr>
        <w:spacing w:before="0" w:after="60" w:line="300" w:lineRule="auto"/>
        <w:jc w:val="center"/>
      </w:pPr>
      <w:r>
        <w:rPr>
          <w:rFonts w:ascii="Arial" w:hAnsi="Arial" w:eastAsia="Noto Sans CJK SC"/>
          <w:b/>
          <w:i w:val="0"/>
          <w:color w:val="000000"/>
          <w:sz w:val="23"/>
        </w:rPr>
        <w:t>B1 B2访客签证英文在职及准假证明</w:t>
      </w:r>
    </w:p>
    <w:p>
      <w:pPr>
        <w:spacing w:before="0" w:after="160" w:line="300" w:lineRule="auto"/>
        <w:jc w:val="center"/>
      </w:pPr>
      <w:r>
        <w:rPr>
          <w:rFonts w:ascii="Arial" w:hAnsi="Arial" w:eastAsia="Noto Sans CJK SC"/>
          <w:b w:val="0"/>
          <w:i w:val="0"/>
          <w:color w:val="676D73"/>
          <w:sz w:val="18"/>
        </w:rPr>
        <w:t>签界  2026年9月更新  可编辑Word版</w:t>
      </w:r>
    </w:p>
    <w:p>
      <w:pPr>
        <w:spacing w:before="0" w:after="100" w:line="312" w:lineRule="auto"/>
        <w:jc w:val="left"/>
      </w:pPr>
      <w:r>
        <w:rPr>
          <w:rFonts w:ascii="Arial" w:hAnsi="Arial" w:eastAsia="Noto Sans CJK SC"/>
          <w:b w:val="0"/>
          <w:i w:val="0"/>
          <w:color w:val="232323"/>
          <w:sz w:val="20"/>
        </w:rPr>
        <w:t>本模板用于由申请人的中国境内用人单位出具英文在职及准假证明，说明申请人的任职情况、收入、获批休假时间和预计返岗日期。美国访客签证的官方基础材料清单没有将在职证明列为所有申请人的统一必交文件，但领事官员可结合个案要求补充能够说明旅行目的、费用能力及旅行结束后离境意图的材料。</w:t>
      </w:r>
    </w:p>
    <w:p>
      <w:pPr>
        <w:spacing w:before="0" w:after="60" w:line="312" w:lineRule="auto"/>
        <w:jc w:val="left"/>
      </w:pPr>
      <w:r>
        <w:rPr>
          <w:rFonts w:ascii="Arial" w:hAnsi="Arial" w:eastAsia="Noto Sans CJK SC"/>
          <w:b w:val="0"/>
          <w:i w:val="0"/>
          <w:color w:val="232323"/>
          <w:sz w:val="20"/>
        </w:rPr>
        <w:t>在职证明应以真实人事记录和实际休假安排为依据。公司名称、职位、入职时间、收入和联系方式应与DS-160及其他申请信息保持一致。</w:t>
      </w:r>
    </w:p>
    <w:p>
      <w:pPr>
        <w:pStyle w:val="Heading1"/>
        <w:keepNext/>
        <w:spacing w:before="180" w:after="100"/>
      </w:pPr>
      <w:r>
        <w:rPr>
          <w:rFonts w:ascii="Arial" w:hAnsi="Arial" w:eastAsia="Noto Sans CJK SC"/>
          <w:b/>
          <w:i w:val="0"/>
          <w:color w:val="000000"/>
          <w:sz w:val="27"/>
        </w:rPr>
        <w:t>使用方法</w:t>
      </w:r>
    </w:p>
    <w:p>
      <w:pPr>
        <w:pStyle w:val="ListBullet"/>
        <w:spacing w:after="60" w:line="288" w:lineRule="auto"/>
        <w:ind w:left="331" w:hanging="187"/>
      </w:pPr>
      <w:r>
        <w:rPr>
          <w:rFonts w:ascii="Arial" w:hAnsi="Arial" w:eastAsia="Noto Sans CJK SC"/>
          <w:b w:val="0"/>
          <w:i w:val="0"/>
          <w:color w:val="232323"/>
          <w:sz w:val="20"/>
        </w:rPr>
        <w:t>建议使用单位抬头纸；如无固定抬头，可在模板顶部填写单位英文名称、地址及联系方式。</w:t>
      </w:r>
    </w:p>
    <w:p>
      <w:pPr>
        <w:pStyle w:val="ListBullet"/>
        <w:spacing w:after="60" w:line="288" w:lineRule="auto"/>
        <w:ind w:left="331" w:hanging="187"/>
      </w:pPr>
      <w:r>
        <w:rPr>
          <w:rFonts w:ascii="Arial" w:hAnsi="Arial" w:eastAsia="Noto Sans CJK SC"/>
          <w:b w:val="0"/>
          <w:i w:val="0"/>
          <w:color w:val="232323"/>
          <w:sz w:val="20"/>
        </w:rPr>
        <w:t>将第二页方括号内的英文占位内容替换为真实信息，并删除不适用的可选内容。</w:t>
      </w:r>
    </w:p>
    <w:p>
      <w:pPr>
        <w:pStyle w:val="ListBullet"/>
        <w:spacing w:after="60" w:line="288" w:lineRule="auto"/>
        <w:ind w:left="331" w:hanging="187"/>
      </w:pPr>
      <w:r>
        <w:rPr>
          <w:rFonts w:ascii="Arial" w:hAnsi="Arial" w:eastAsia="Noto Sans CJK SC"/>
          <w:b w:val="0"/>
          <w:i w:val="0"/>
          <w:color w:val="232323"/>
          <w:sz w:val="20"/>
        </w:rPr>
        <w:t>由了解申请人任职和休假情况的负责人或人事部门签署；是否加盖公章按单位制度办理。</w:t>
      </w:r>
    </w:p>
    <w:p>
      <w:pPr>
        <w:pStyle w:val="ListBullet"/>
        <w:spacing w:after="60" w:line="288" w:lineRule="auto"/>
        <w:ind w:left="331" w:hanging="187"/>
      </w:pPr>
      <w:r>
        <w:rPr>
          <w:rFonts w:ascii="Arial" w:hAnsi="Arial" w:eastAsia="Noto Sans CJK SC"/>
          <w:b w:val="0"/>
          <w:i w:val="0"/>
          <w:color w:val="232323"/>
          <w:sz w:val="20"/>
        </w:rPr>
        <w:t>建议携带清晰打印件。是否需要原件、翻译件或其他补充材料，以申请地使领馆通知为准。</w:t>
      </w:r>
    </w:p>
    <w:p>
      <w:pPr>
        <w:pStyle w:val="Heading1"/>
        <w:keepNext/>
        <w:spacing w:before="180" w:after="100"/>
      </w:pPr>
      <w:r>
        <w:rPr>
          <w:rFonts w:ascii="Arial" w:hAnsi="Arial" w:eastAsia="Noto Sans CJK SC"/>
          <w:b/>
          <w:i w:val="0"/>
          <w:color w:val="000000"/>
          <w:sz w:val="27"/>
        </w:rPr>
        <w:t>填写信息清单</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2332"/>
            <w:shd w:fill="245B7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100" w:type="dxa"/>
              <w:start w:w="100" w:type="dxa"/>
              <w:bottom w:w="100" w:type="dxa"/>
              <w:end w:w="100" w:type="dxa"/>
            </w:tcMar>
            <w:vAlign w:val="center"/>
          </w:tcPr>
          <w:p>
            <w:pPr>
              <w:spacing w:after="0"/>
              <w:jc w:val="center"/>
            </w:pPr>
            <w:r>
              <w:rPr>
                <w:rFonts w:ascii="Arial" w:hAnsi="Arial" w:eastAsia="Noto Sans CJK SC"/>
                <w:b/>
                <w:i w:val="0"/>
                <w:color w:val="FFFFFF"/>
                <w:sz w:val="18"/>
              </w:rPr>
              <w:t>信息项目</w:t>
            </w:r>
          </w:p>
        </w:tc>
        <w:tc>
          <w:tcPr>
            <w:tcW w:type="dxa" w:w="5011"/>
            <w:shd w:fill="245B7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100" w:type="dxa"/>
              <w:start w:w="100" w:type="dxa"/>
              <w:bottom w:w="100" w:type="dxa"/>
              <w:end w:w="100" w:type="dxa"/>
            </w:tcMar>
            <w:vAlign w:val="center"/>
          </w:tcPr>
          <w:p>
            <w:pPr>
              <w:spacing w:after="0"/>
              <w:jc w:val="center"/>
            </w:pPr>
            <w:r>
              <w:rPr>
                <w:rFonts w:ascii="Arial" w:hAnsi="Arial" w:eastAsia="Noto Sans CJK SC"/>
                <w:b/>
                <w:i w:val="0"/>
                <w:color w:val="FFFFFF"/>
                <w:sz w:val="18"/>
              </w:rPr>
              <w:t>建议填写内容</w:t>
            </w:r>
          </w:p>
        </w:tc>
        <w:tc>
          <w:tcPr>
            <w:tcW w:type="dxa" w:w="2808"/>
            <w:shd w:fill="245B7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100" w:type="dxa"/>
              <w:start w:w="100" w:type="dxa"/>
              <w:bottom w:w="100" w:type="dxa"/>
              <w:end w:w="100" w:type="dxa"/>
            </w:tcMar>
            <w:vAlign w:val="center"/>
          </w:tcPr>
          <w:p>
            <w:pPr>
              <w:spacing w:after="0"/>
              <w:jc w:val="center"/>
            </w:pPr>
            <w:r>
              <w:rPr>
                <w:rFonts w:ascii="Arial" w:hAnsi="Arial" w:eastAsia="Noto Sans CJK SC"/>
                <w:b/>
                <w:i w:val="0"/>
                <w:color w:val="FFFFFF"/>
                <w:sz w:val="18"/>
              </w:rPr>
              <w:t>核对重点</w:t>
            </w:r>
          </w:p>
        </w:tc>
      </w:tr>
      <w:tr>
        <w:trPr>
          <w:cantSplit w:val="true"/>
        </w:trPr>
        <w:tc>
          <w:tcPr>
            <w:tcW w:type="dxa" w:w="2332"/>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tcPr>
          <w:p>
            <w:pPr>
              <w:spacing w:after="0" w:line="264" w:lineRule="auto"/>
              <w:jc w:val="center"/>
            </w:pPr>
            <w:r>
              <w:rPr>
                <w:rFonts w:ascii="Arial" w:hAnsi="Arial" w:eastAsia="Noto Sans CJK SC"/>
                <w:b/>
                <w:i w:val="0"/>
                <w:color w:val="232323"/>
                <w:sz w:val="17"/>
              </w:rPr>
              <w:t>单位信息</w:t>
            </w:r>
          </w:p>
        </w:tc>
        <w:tc>
          <w:tcPr>
            <w:tcW w:type="dxa" w:w="5011"/>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tcPr>
          <w:p>
            <w:pPr>
              <w:spacing w:after="0" w:line="264" w:lineRule="auto"/>
              <w:jc w:val="left"/>
            </w:pPr>
            <w:r>
              <w:rPr>
                <w:rFonts w:ascii="Arial" w:hAnsi="Arial" w:eastAsia="Noto Sans CJK SC"/>
                <w:b w:val="0"/>
                <w:i w:val="0"/>
                <w:color w:val="676D73"/>
                <w:sz w:val="17"/>
              </w:rPr>
              <w:t>英文名称、地址、电话和邮箱</w:t>
            </w:r>
          </w:p>
        </w:tc>
        <w:tc>
          <w:tcPr>
            <w:tcW w:type="dxa" w:w="280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tcPr>
          <w:p>
            <w:pPr>
              <w:spacing w:after="0" w:line="264" w:lineRule="auto"/>
              <w:jc w:val="left"/>
            </w:pPr>
            <w:r>
              <w:rPr>
                <w:rFonts w:ascii="Arial" w:hAnsi="Arial" w:eastAsia="Noto Sans CJK SC"/>
                <w:b w:val="0"/>
                <w:i w:val="0"/>
                <w:color w:val="232323"/>
                <w:sz w:val="17"/>
              </w:rPr>
              <w:t>联系方式可核实</w:t>
            </w:r>
          </w:p>
        </w:tc>
      </w:tr>
      <w:tr>
        <w:trPr>
          <w:cantSplit w:val="true"/>
        </w:trPr>
        <w:tc>
          <w:tcPr>
            <w:tcW w:type="dxa" w:w="2332"/>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shd w:fill="F7F7F7"/>
          </w:tcPr>
          <w:p>
            <w:pPr>
              <w:spacing w:after="0" w:line="264" w:lineRule="auto"/>
              <w:jc w:val="center"/>
            </w:pPr>
            <w:r>
              <w:rPr>
                <w:rFonts w:ascii="Arial" w:hAnsi="Arial" w:eastAsia="Noto Sans CJK SC"/>
                <w:b/>
                <w:i w:val="0"/>
                <w:color w:val="232323"/>
                <w:sz w:val="17"/>
              </w:rPr>
              <w:t>申请人信息</w:t>
            </w:r>
          </w:p>
        </w:tc>
        <w:tc>
          <w:tcPr>
            <w:tcW w:type="dxa" w:w="5011"/>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shd w:fill="F7F7F7"/>
          </w:tcPr>
          <w:p>
            <w:pPr>
              <w:spacing w:after="0" w:line="264" w:lineRule="auto"/>
              <w:jc w:val="left"/>
            </w:pPr>
            <w:r>
              <w:rPr>
                <w:rFonts w:ascii="Arial" w:hAnsi="Arial" w:eastAsia="Noto Sans CJK SC"/>
                <w:b w:val="0"/>
                <w:i w:val="0"/>
                <w:color w:val="676D73"/>
                <w:sz w:val="17"/>
              </w:rPr>
              <w:t>英文姓名、护照号、出生日期</w:t>
            </w:r>
          </w:p>
        </w:tc>
        <w:tc>
          <w:tcPr>
            <w:tcW w:type="dxa" w:w="280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shd w:fill="F7F7F7"/>
          </w:tcPr>
          <w:p>
            <w:pPr>
              <w:spacing w:after="0" w:line="264" w:lineRule="auto"/>
              <w:jc w:val="left"/>
            </w:pPr>
            <w:r>
              <w:rPr>
                <w:rFonts w:ascii="Arial" w:hAnsi="Arial" w:eastAsia="Noto Sans CJK SC"/>
                <w:b w:val="0"/>
                <w:i w:val="0"/>
                <w:color w:val="232323"/>
                <w:sz w:val="17"/>
              </w:rPr>
              <w:t>与护照及DS-160一致</w:t>
            </w:r>
          </w:p>
        </w:tc>
      </w:tr>
      <w:tr>
        <w:trPr>
          <w:cantSplit w:val="true"/>
        </w:trPr>
        <w:tc>
          <w:tcPr>
            <w:tcW w:type="dxa" w:w="2332"/>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tcPr>
          <w:p>
            <w:pPr>
              <w:spacing w:after="0" w:line="264" w:lineRule="auto"/>
              <w:jc w:val="center"/>
            </w:pPr>
            <w:r>
              <w:rPr>
                <w:rFonts w:ascii="Arial" w:hAnsi="Arial" w:eastAsia="Noto Sans CJK SC"/>
                <w:b/>
                <w:i w:val="0"/>
                <w:color w:val="232323"/>
                <w:sz w:val="17"/>
              </w:rPr>
              <w:t>任职信息</w:t>
            </w:r>
          </w:p>
        </w:tc>
        <w:tc>
          <w:tcPr>
            <w:tcW w:type="dxa" w:w="5011"/>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tcPr>
          <w:p>
            <w:pPr>
              <w:spacing w:after="0" w:line="264" w:lineRule="auto"/>
              <w:jc w:val="left"/>
            </w:pPr>
            <w:r>
              <w:rPr>
                <w:rFonts w:ascii="Arial" w:hAnsi="Arial" w:eastAsia="Noto Sans CJK SC"/>
                <w:b w:val="0"/>
                <w:i w:val="0"/>
                <w:color w:val="676D73"/>
                <w:sz w:val="17"/>
              </w:rPr>
              <w:t>部门、职位、入职日期</w:t>
            </w:r>
          </w:p>
        </w:tc>
        <w:tc>
          <w:tcPr>
            <w:tcW w:type="dxa" w:w="280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tcPr>
          <w:p>
            <w:pPr>
              <w:spacing w:after="0" w:line="264" w:lineRule="auto"/>
              <w:jc w:val="left"/>
            </w:pPr>
            <w:r>
              <w:rPr>
                <w:rFonts w:ascii="Arial" w:hAnsi="Arial" w:eastAsia="Noto Sans CJK SC"/>
                <w:b w:val="0"/>
                <w:i w:val="0"/>
                <w:color w:val="232323"/>
                <w:sz w:val="17"/>
              </w:rPr>
              <w:t>与真实人事记录一致</w:t>
            </w:r>
          </w:p>
        </w:tc>
      </w:tr>
      <w:tr>
        <w:trPr>
          <w:cantSplit w:val="true"/>
        </w:trPr>
        <w:tc>
          <w:tcPr>
            <w:tcW w:type="dxa" w:w="2332"/>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shd w:fill="F7F7F7"/>
          </w:tcPr>
          <w:p>
            <w:pPr>
              <w:spacing w:after="0" w:line="264" w:lineRule="auto"/>
              <w:jc w:val="center"/>
            </w:pPr>
            <w:r>
              <w:rPr>
                <w:rFonts w:ascii="Arial" w:hAnsi="Arial" w:eastAsia="Noto Sans CJK SC"/>
                <w:b/>
                <w:i w:val="0"/>
                <w:color w:val="232323"/>
                <w:sz w:val="17"/>
              </w:rPr>
              <w:t>收入信息</w:t>
            </w:r>
          </w:p>
        </w:tc>
        <w:tc>
          <w:tcPr>
            <w:tcW w:type="dxa" w:w="5011"/>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shd w:fill="F7F7F7"/>
          </w:tcPr>
          <w:p>
            <w:pPr>
              <w:spacing w:after="0" w:line="264" w:lineRule="auto"/>
              <w:jc w:val="left"/>
            </w:pPr>
            <w:r>
              <w:rPr>
                <w:rFonts w:ascii="Arial" w:hAnsi="Arial" w:eastAsia="Noto Sans CJK SC"/>
                <w:b w:val="0"/>
                <w:i w:val="0"/>
                <w:color w:val="676D73"/>
                <w:sz w:val="17"/>
              </w:rPr>
              <w:t>实际月薪或年薪及币种</w:t>
            </w:r>
          </w:p>
        </w:tc>
        <w:tc>
          <w:tcPr>
            <w:tcW w:type="dxa" w:w="280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shd w:fill="F7F7F7"/>
          </w:tcPr>
          <w:p>
            <w:pPr>
              <w:spacing w:after="0" w:line="264" w:lineRule="auto"/>
              <w:jc w:val="left"/>
            </w:pPr>
            <w:r>
              <w:rPr>
                <w:rFonts w:ascii="Arial" w:hAnsi="Arial" w:eastAsia="Noto Sans CJK SC"/>
                <w:b w:val="0"/>
                <w:i w:val="0"/>
                <w:color w:val="232323"/>
                <w:sz w:val="17"/>
              </w:rPr>
              <w:t>收入写法前后一致</w:t>
            </w:r>
          </w:p>
        </w:tc>
      </w:tr>
      <w:tr>
        <w:trPr>
          <w:cantSplit w:val="true"/>
        </w:trPr>
        <w:tc>
          <w:tcPr>
            <w:tcW w:type="dxa" w:w="2332"/>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tcPr>
          <w:p>
            <w:pPr>
              <w:spacing w:after="0" w:line="264" w:lineRule="auto"/>
              <w:jc w:val="center"/>
            </w:pPr>
            <w:r>
              <w:rPr>
                <w:rFonts w:ascii="Arial" w:hAnsi="Arial" w:eastAsia="Noto Sans CJK SC"/>
                <w:b/>
                <w:i w:val="0"/>
                <w:color w:val="232323"/>
                <w:sz w:val="17"/>
              </w:rPr>
              <w:t>休假时间</w:t>
            </w:r>
          </w:p>
        </w:tc>
        <w:tc>
          <w:tcPr>
            <w:tcW w:type="dxa" w:w="5011"/>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tcPr>
          <w:p>
            <w:pPr>
              <w:spacing w:after="0" w:line="264" w:lineRule="auto"/>
              <w:jc w:val="left"/>
            </w:pPr>
            <w:r>
              <w:rPr>
                <w:rFonts w:ascii="Arial" w:hAnsi="Arial" w:eastAsia="Noto Sans CJK SC"/>
                <w:b w:val="0"/>
                <w:i w:val="0"/>
                <w:color w:val="676D73"/>
                <w:sz w:val="17"/>
              </w:rPr>
              <w:t>获批休假起止日期</w:t>
            </w:r>
          </w:p>
        </w:tc>
        <w:tc>
          <w:tcPr>
            <w:tcW w:type="dxa" w:w="280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tcPr>
          <w:p>
            <w:pPr>
              <w:spacing w:after="0" w:line="264" w:lineRule="auto"/>
              <w:jc w:val="left"/>
            </w:pPr>
            <w:r>
              <w:rPr>
                <w:rFonts w:ascii="Arial" w:hAnsi="Arial" w:eastAsia="Noto Sans CJK SC"/>
                <w:b w:val="0"/>
                <w:i w:val="0"/>
                <w:color w:val="232323"/>
                <w:sz w:val="17"/>
              </w:rPr>
              <w:t>与旅行计划一致</w:t>
            </w:r>
          </w:p>
        </w:tc>
      </w:tr>
      <w:tr>
        <w:trPr>
          <w:cantSplit w:val="true"/>
        </w:trPr>
        <w:tc>
          <w:tcPr>
            <w:tcW w:type="dxa" w:w="2332"/>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shd w:fill="F7F7F7"/>
          </w:tcPr>
          <w:p>
            <w:pPr>
              <w:spacing w:after="0" w:line="264" w:lineRule="auto"/>
              <w:jc w:val="center"/>
            </w:pPr>
            <w:r>
              <w:rPr>
                <w:rFonts w:ascii="Arial" w:hAnsi="Arial" w:eastAsia="Noto Sans CJK SC"/>
                <w:b/>
                <w:i w:val="0"/>
                <w:color w:val="232323"/>
                <w:sz w:val="17"/>
              </w:rPr>
              <w:t>返岗日期</w:t>
            </w:r>
          </w:p>
        </w:tc>
        <w:tc>
          <w:tcPr>
            <w:tcW w:type="dxa" w:w="5011"/>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shd w:fill="F7F7F7"/>
          </w:tcPr>
          <w:p>
            <w:pPr>
              <w:spacing w:after="0" w:line="264" w:lineRule="auto"/>
              <w:jc w:val="left"/>
            </w:pPr>
            <w:r>
              <w:rPr>
                <w:rFonts w:ascii="Arial" w:hAnsi="Arial" w:eastAsia="Noto Sans CJK SC"/>
                <w:b w:val="0"/>
                <w:i w:val="0"/>
                <w:color w:val="676D73"/>
                <w:sz w:val="17"/>
              </w:rPr>
              <w:t>休假后预计恢复工作的日期</w:t>
            </w:r>
          </w:p>
        </w:tc>
        <w:tc>
          <w:tcPr>
            <w:tcW w:type="dxa" w:w="280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shd w:fill="F7F7F7"/>
          </w:tcPr>
          <w:p>
            <w:pPr>
              <w:spacing w:after="0" w:line="264" w:lineRule="auto"/>
              <w:jc w:val="left"/>
            </w:pPr>
            <w:r>
              <w:rPr>
                <w:rFonts w:ascii="Arial" w:hAnsi="Arial" w:eastAsia="Noto Sans CJK SC"/>
                <w:b w:val="0"/>
                <w:i w:val="0"/>
                <w:color w:val="232323"/>
                <w:sz w:val="17"/>
              </w:rPr>
              <w:t>与离境安排相衔接</w:t>
            </w:r>
          </w:p>
        </w:tc>
      </w:tr>
      <w:tr>
        <w:trPr>
          <w:cantSplit w:val="true"/>
        </w:trPr>
        <w:tc>
          <w:tcPr>
            <w:tcW w:type="dxa" w:w="2332"/>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tcPr>
          <w:p>
            <w:pPr>
              <w:spacing w:after="0" w:line="264" w:lineRule="auto"/>
              <w:jc w:val="center"/>
            </w:pPr>
            <w:r>
              <w:rPr>
                <w:rFonts w:ascii="Arial" w:hAnsi="Arial" w:eastAsia="Noto Sans CJK SC"/>
                <w:b/>
                <w:i w:val="0"/>
                <w:color w:val="232323"/>
                <w:sz w:val="17"/>
              </w:rPr>
              <w:t>费用来源</w:t>
            </w:r>
          </w:p>
        </w:tc>
        <w:tc>
          <w:tcPr>
            <w:tcW w:type="dxa" w:w="5011"/>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tcPr>
          <w:p>
            <w:pPr>
              <w:spacing w:after="0" w:line="264" w:lineRule="auto"/>
              <w:jc w:val="left"/>
            </w:pPr>
            <w:r>
              <w:rPr>
                <w:rFonts w:ascii="Arial" w:hAnsi="Arial" w:eastAsia="Noto Sans CJK SC"/>
                <w:b w:val="0"/>
                <w:i w:val="0"/>
                <w:color w:val="676D73"/>
                <w:sz w:val="17"/>
              </w:rPr>
              <w:t>本人、单位或其他人承担</w:t>
            </w:r>
          </w:p>
        </w:tc>
        <w:tc>
          <w:tcPr>
            <w:tcW w:type="dxa" w:w="280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tcPr>
          <w:p>
            <w:pPr>
              <w:spacing w:after="0" w:line="264" w:lineRule="auto"/>
              <w:jc w:val="left"/>
            </w:pPr>
            <w:r>
              <w:rPr>
                <w:rFonts w:ascii="Arial" w:hAnsi="Arial" w:eastAsia="Noto Sans CJK SC"/>
                <w:b w:val="0"/>
                <w:i w:val="0"/>
                <w:color w:val="232323"/>
                <w:sz w:val="17"/>
              </w:rPr>
              <w:t>写清具体承担范围</w:t>
            </w:r>
          </w:p>
        </w:tc>
      </w:tr>
      <w:tr>
        <w:trPr>
          <w:cantSplit w:val="true"/>
        </w:trPr>
        <w:tc>
          <w:tcPr>
            <w:tcW w:type="dxa" w:w="2332"/>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shd w:fill="F7F7F7"/>
          </w:tcPr>
          <w:p>
            <w:pPr>
              <w:spacing w:after="0" w:line="264" w:lineRule="auto"/>
              <w:jc w:val="center"/>
            </w:pPr>
            <w:r>
              <w:rPr>
                <w:rFonts w:ascii="Arial" w:hAnsi="Arial" w:eastAsia="Noto Sans CJK SC"/>
                <w:b/>
                <w:i w:val="0"/>
                <w:color w:val="232323"/>
                <w:sz w:val="17"/>
              </w:rPr>
              <w:t>签署信息</w:t>
            </w:r>
          </w:p>
        </w:tc>
        <w:tc>
          <w:tcPr>
            <w:tcW w:type="dxa" w:w="5011"/>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shd w:fill="F7F7F7"/>
          </w:tcPr>
          <w:p>
            <w:pPr>
              <w:spacing w:after="0" w:line="264" w:lineRule="auto"/>
              <w:jc w:val="left"/>
            </w:pPr>
            <w:r>
              <w:rPr>
                <w:rFonts w:ascii="Arial" w:hAnsi="Arial" w:eastAsia="Noto Sans CJK SC"/>
                <w:b w:val="0"/>
                <w:i w:val="0"/>
                <w:color w:val="676D73"/>
                <w:sz w:val="17"/>
              </w:rPr>
              <w:t>负责人姓名、职务和签名</w:t>
            </w:r>
          </w:p>
        </w:tc>
        <w:tc>
          <w:tcPr>
            <w:tcW w:type="dxa" w:w="280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88" w:type="dxa"/>
              <w:start w:w="100" w:type="dxa"/>
              <w:bottom w:w="88" w:type="dxa"/>
              <w:end w:w="100" w:type="dxa"/>
            </w:tcMar>
            <w:vAlign w:val="center"/>
            <w:shd w:fill="F7F7F7"/>
          </w:tcPr>
          <w:p>
            <w:pPr>
              <w:spacing w:after="0" w:line="264" w:lineRule="auto"/>
              <w:jc w:val="left"/>
            </w:pPr>
            <w:r>
              <w:rPr>
                <w:rFonts w:ascii="Arial" w:hAnsi="Arial" w:eastAsia="Noto Sans CJK SC"/>
                <w:b w:val="0"/>
                <w:i w:val="0"/>
                <w:color w:val="232323"/>
                <w:sz w:val="17"/>
              </w:rPr>
              <w:t>签署人与联系方式有效</w:t>
            </w:r>
          </w:p>
        </w:tc>
      </w:tr>
    </w:tbl>
    <w:p>
      <w:pPr>
        <w:spacing w:before="100" w:after="0" w:line="300" w:lineRule="auto"/>
        <w:jc w:val="left"/>
      </w:pPr>
      <w:r>
        <w:rPr>
          <w:rFonts w:ascii="Arial" w:hAnsi="Arial" w:eastAsia="Noto Sans CJK SC"/>
          <w:b w:val="0"/>
          <w:i w:val="0"/>
          <w:color w:val="676D73"/>
          <w:sz w:val="17"/>
        </w:rPr>
        <w:t>不建议使用“保证获得签证”或替领事官员作出结论的表述。营业执照、工牌、工资记录等是否准备，应结合申请人的实际情况和具体通知决定。</w:t>
      </w:r>
    </w:p>
    <w:p>
      <w:pPr>
        <w:pageBreakBefore/>
        <w:spacing w:before="0" w:after="0"/>
      </w:pPr>
      <w:r>
        <w:rPr>
          <w:rFonts w:ascii="Arial" w:hAnsi="Arial" w:eastAsia="Noto Sans CJK SC"/>
          <w:b w:val="0"/>
          <w:i w:val="0"/>
          <w:color w:val="FFFFFF"/>
          <w:sz w:val="2"/>
        </w:rPr>
        <w:t xml:space="preserve"> </w:t>
      </w:r>
    </w:p>
    <w:tbl>
      <w:tblPr>
        <w:tblW w:type="auto" w:w="0"/>
        <w:jc w:val="center"/>
        <w:tblLayout w:type="fixed"/>
        <w:tblLook w:firstColumn="1" w:firstRow="1" w:lastColumn="0" w:lastRow="0" w:noHBand="0" w:noVBand="1" w:val="04A0"/>
      </w:tblPr>
      <w:tblGrid>
        <w:gridCol w:w="5083"/>
        <w:gridCol w:w="5083"/>
      </w:tblGrid>
      <w:tr>
        <w:tc>
          <w:tcPr>
            <w:tcW w:type="dxa" w:w="6120"/>
            <w:tcBorders>
              <w:top w:val="nil"/>
              <w:left w:val="nil"/>
              <w:bottom w:val="nil"/>
              <w:right w:val="nil"/>
              <w:insideH w:val="nil"/>
              <w:insideV w:val="nil"/>
            </w:tcBorders>
            <w:tcMar>
              <w:top w:w="0" w:type="dxa"/>
              <w:start w:w="0" w:type="dxa"/>
              <w:bottom w:w="20" w:type="dxa"/>
              <w:end w:w="0" w:type="dxa"/>
            </w:tcMar>
            <w:vAlign w:val="center"/>
          </w:tcPr>
          <w:p>
            <w:pPr>
              <w:spacing w:after="20"/>
            </w:pPr>
            <w:r>
              <w:rPr>
                <w:rFonts w:ascii="Arial" w:hAnsi="Arial" w:eastAsia="Noto Sans CJK SC"/>
                <w:b/>
                <w:i/>
                <w:color w:val="676D73"/>
                <w:sz w:val="28"/>
              </w:rPr>
              <w:t>[COMPANY LEGAL NAME]</w:t>
            </w:r>
          </w:p>
          <w:p>
            <w:pPr>
              <w:spacing w:after="0"/>
            </w:pPr>
            <w:r>
              <w:rPr>
                <w:rFonts w:ascii="Arial" w:hAnsi="Arial" w:eastAsia="Noto Sans CJK SC"/>
                <w:b w:val="0"/>
                <w:i/>
                <w:color w:val="676D73"/>
                <w:sz w:val="17"/>
              </w:rPr>
              <w:t>[Company Address]</w:t>
            </w:r>
          </w:p>
        </w:tc>
        <w:tc>
          <w:tcPr>
            <w:tcW w:type="dxa" w:w="4031"/>
            <w:tcBorders>
              <w:top w:val="nil"/>
              <w:left w:val="nil"/>
              <w:bottom w:val="nil"/>
              <w:right w:val="nil"/>
              <w:insideH w:val="nil"/>
              <w:insideV w:val="nil"/>
            </w:tcBorders>
            <w:tcMar>
              <w:top w:w="0" w:type="dxa"/>
              <w:start w:w="0" w:type="dxa"/>
              <w:bottom w:w="20" w:type="dxa"/>
              <w:end w:w="0" w:type="dxa"/>
            </w:tcMar>
            <w:vAlign w:val="center"/>
          </w:tcPr>
          <w:p>
            <w:pPr>
              <w:spacing w:after="0"/>
              <w:jc w:val="right"/>
            </w:pPr>
            <w:r>
              <w:rPr>
                <w:rFonts w:ascii="Arial" w:hAnsi="Arial" w:eastAsia="Noto Sans CJK SC"/>
                <w:b w:val="0"/>
                <w:i/>
                <w:color w:val="676D73"/>
                <w:sz w:val="17"/>
              </w:rPr>
              <w:t>[Telephone]</w:t>
              <w:br/>
              <w:t>[Email]</w:t>
              <w:br/>
              <w:t>[Company Registration Number Optional]</w:t>
            </w:r>
          </w:p>
        </w:tc>
      </w:tr>
    </w:tbl>
    <w:p>
      <w:pPr>
        <w:spacing w:before="100" w:after="120" w:line="300" w:lineRule="auto"/>
        <w:jc w:val="left"/>
      </w:pPr>
      <w:r>
        <w:rPr>
          <w:rFonts w:ascii="Arial" w:hAnsi="Arial" w:eastAsia="Noto Sans CJK SC"/>
          <w:b w:val="0"/>
          <w:i/>
          <w:color w:val="676D73"/>
          <w:sz w:val="20"/>
        </w:rPr>
        <w:t>[Month Day Year]</w:t>
      </w:r>
    </w:p>
    <w:p>
      <w:pPr>
        <w:spacing w:before="0" w:after="20" w:line="300" w:lineRule="auto"/>
        <w:jc w:val="left"/>
      </w:pPr>
      <w:r>
        <w:rPr>
          <w:rFonts w:ascii="Arial" w:hAnsi="Arial" w:eastAsia="Noto Sans CJK SC"/>
          <w:b w:val="0"/>
          <w:i w:val="0"/>
          <w:color w:val="000000"/>
          <w:sz w:val="20"/>
        </w:rPr>
        <w:t>To: Consular Officer</w:t>
      </w:r>
    </w:p>
    <w:p>
      <w:pPr>
        <w:spacing w:before="0" w:after="120" w:line="300" w:lineRule="auto"/>
        <w:jc w:val="left"/>
      </w:pPr>
      <w:r>
        <w:rPr>
          <w:rFonts w:ascii="Arial" w:hAnsi="Arial" w:eastAsia="Noto Sans CJK SC"/>
          <w:b w:val="0"/>
          <w:i w:val="0"/>
          <w:color w:val="000000"/>
          <w:sz w:val="20"/>
        </w:rPr>
        <w:t>U.S. Embassy or Consulate General</w:t>
      </w:r>
    </w:p>
    <w:p>
      <w:pPr>
        <w:spacing w:before="0" w:after="120" w:line="300" w:lineRule="auto"/>
        <w:jc w:val="left"/>
      </w:pPr>
      <w:r>
        <w:rPr>
          <w:rFonts w:ascii="Arial" w:hAnsi="Arial" w:eastAsia="Noto Sans CJK SC"/>
          <w:b/>
          <w:i w:val="0"/>
          <w:color w:val="000000"/>
          <w:sz w:val="20"/>
        </w:rPr>
        <w:t xml:space="preserve">Subject: </w:t>
      </w:r>
      <w:r>
        <w:rPr>
          <w:rFonts w:ascii="Arial" w:hAnsi="Arial" w:eastAsia="Noto Sans CJK SC"/>
          <w:b w:val="0"/>
          <w:i w:val="0"/>
          <w:color w:val="000000"/>
          <w:sz w:val="20"/>
        </w:rPr>
        <w:t>Employment Verification and Approved Leave</w:t>
      </w:r>
    </w:p>
    <w:p>
      <w:pPr>
        <w:spacing w:before="0" w:after="120" w:line="300" w:lineRule="auto"/>
        <w:jc w:val="left"/>
      </w:pPr>
      <w:r>
        <w:rPr>
          <w:rFonts w:ascii="Arial" w:hAnsi="Arial" w:eastAsia="Noto Sans CJK SC"/>
          <w:b w:val="0"/>
          <w:i w:val="0"/>
          <w:color w:val="000000"/>
          <w:sz w:val="20"/>
        </w:rPr>
        <w:t>Dear Consular Officer:</w:t>
      </w:r>
    </w:p>
    <w:p>
      <w:pPr>
        <w:spacing w:before="0" w:after="120" w:line="300" w:lineRule="auto"/>
        <w:jc w:val="both"/>
      </w:pPr>
      <w:r>
        <w:rPr>
          <w:rFonts w:ascii="Arial" w:hAnsi="Arial" w:eastAsia="Noto Sans CJK SC"/>
          <w:b w:val="0"/>
          <w:i w:val="0"/>
          <w:color w:val="000000"/>
          <w:sz w:val="21"/>
        </w:rPr>
        <w:t xml:space="preserve">This letter confirms that </w:t>
      </w:r>
      <w:r>
        <w:rPr>
          <w:rFonts w:ascii="Arial" w:hAnsi="Arial" w:eastAsia="Noto Sans CJK SC"/>
          <w:b w:val="0"/>
          <w:i/>
          <w:color w:val="676D73"/>
          <w:sz w:val="21"/>
        </w:rPr>
        <w:t>[Mr. or Ms. Employee Full Name]</w:t>
      </w:r>
      <w:r>
        <w:rPr>
          <w:rFonts w:ascii="Arial" w:hAnsi="Arial" w:eastAsia="Noto Sans CJK SC"/>
          <w:b w:val="0"/>
          <w:i w:val="0"/>
          <w:color w:val="000000"/>
          <w:sz w:val="21"/>
        </w:rPr>
        <w:t xml:space="preserve"> is currently employed by </w:t>
      </w:r>
      <w:r>
        <w:rPr>
          <w:rFonts w:ascii="Arial" w:hAnsi="Arial" w:eastAsia="Noto Sans CJK SC"/>
          <w:b w:val="0"/>
          <w:i/>
          <w:color w:val="676D73"/>
          <w:sz w:val="21"/>
        </w:rPr>
        <w:t>[Company Legal Name]</w:t>
      </w:r>
      <w:r>
        <w:rPr>
          <w:rFonts w:ascii="Arial" w:hAnsi="Arial" w:eastAsia="Noto Sans CJK SC"/>
          <w:b w:val="0"/>
          <w:i w:val="0"/>
          <w:color w:val="000000"/>
          <w:sz w:val="21"/>
        </w:rPr>
        <w:t xml:space="preserve"> and has worked with us since </w:t>
      </w:r>
      <w:r>
        <w:rPr>
          <w:rFonts w:ascii="Arial" w:hAnsi="Arial" w:eastAsia="Noto Sans CJK SC"/>
          <w:b w:val="0"/>
          <w:i/>
          <w:color w:val="676D73"/>
          <w:sz w:val="21"/>
        </w:rPr>
        <w:t>[Employment Start Date]</w:t>
      </w:r>
      <w:r>
        <w:rPr>
          <w:rFonts w:ascii="Arial" w:hAnsi="Arial" w:eastAsia="Noto Sans CJK SC"/>
          <w:b w:val="0"/>
          <w:i w:val="0"/>
          <w:color w:val="000000"/>
          <w:sz w:val="21"/>
        </w:rPr>
        <w:t xml:space="preserve">. The employee currently serves as </w:t>
      </w:r>
      <w:r>
        <w:rPr>
          <w:rFonts w:ascii="Arial" w:hAnsi="Arial" w:eastAsia="Noto Sans CJK SC"/>
          <w:b w:val="0"/>
          <w:i/>
          <w:color w:val="676D73"/>
          <w:sz w:val="21"/>
        </w:rPr>
        <w:t>[Job Title]</w:t>
      </w:r>
      <w:r>
        <w:rPr>
          <w:rFonts w:ascii="Arial" w:hAnsi="Arial" w:eastAsia="Noto Sans CJK SC"/>
          <w:b w:val="0"/>
          <w:i w:val="0"/>
          <w:color w:val="000000"/>
          <w:sz w:val="21"/>
        </w:rPr>
        <w:t xml:space="preserve"> in the </w:t>
      </w:r>
      <w:r>
        <w:rPr>
          <w:rFonts w:ascii="Arial" w:hAnsi="Arial" w:eastAsia="Noto Sans CJK SC"/>
          <w:b w:val="0"/>
          <w:i/>
          <w:color w:val="676D73"/>
          <w:sz w:val="21"/>
        </w:rPr>
        <w:t>[Department Name]</w:t>
      </w:r>
      <w:r>
        <w:rPr>
          <w:rFonts w:ascii="Arial" w:hAnsi="Arial" w:eastAsia="Noto Sans CJK SC"/>
          <w:b w:val="0"/>
          <w:i w:val="0"/>
          <w:color w:val="000000"/>
          <w:sz w:val="21"/>
        </w:rPr>
        <w:t>.</w:t>
      </w:r>
    </w:p>
    <w:tbl>
      <w:tblPr>
        <w:tblW w:type="auto" w:w="0"/>
        <w:jc w:val="center"/>
        <w:tblLayout w:type="fixed"/>
        <w:tblLook w:firstColumn="1" w:firstRow="1" w:lastColumn="0" w:lastRow="0" w:noHBand="0" w:noVBand="1" w:val="04A0"/>
      </w:tblPr>
      <w:tblGrid>
        <w:gridCol w:w="3389"/>
        <w:gridCol w:w="3389"/>
        <w:gridCol w:w="3389"/>
      </w:tblGrid>
      <w:tr>
        <w:tc>
          <w:tcPr>
            <w:tcW w:type="dxa" w:w="3384"/>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75" w:type="dxa"/>
              <w:start w:w="85" w:type="dxa"/>
              <w:bottom w:w="75" w:type="dxa"/>
              <w:end w:w="85" w:type="dxa"/>
            </w:tcMar>
            <w:vAlign w:val="center"/>
            <w:shd w:fill="245B78"/>
          </w:tcPr>
          <w:p>
            <w:pPr>
              <w:spacing w:after="0"/>
              <w:jc w:val="center"/>
            </w:pPr>
            <w:r>
              <w:rPr>
                <w:rFonts w:ascii="Arial" w:hAnsi="Arial" w:eastAsia="Noto Sans CJK SC"/>
                <w:b/>
                <w:i w:val="0"/>
                <w:color w:val="FFFFFF"/>
                <w:sz w:val="17"/>
              </w:rPr>
              <w:t>Employee Name</w:t>
            </w:r>
          </w:p>
        </w:tc>
        <w:tc>
          <w:tcPr>
            <w:tcW w:type="dxa" w:w="3384"/>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75" w:type="dxa"/>
              <w:start w:w="85" w:type="dxa"/>
              <w:bottom w:w="75" w:type="dxa"/>
              <w:end w:w="85" w:type="dxa"/>
            </w:tcMar>
            <w:vAlign w:val="center"/>
            <w:shd w:fill="245B78"/>
          </w:tcPr>
          <w:p>
            <w:pPr>
              <w:spacing w:after="0"/>
              <w:jc w:val="center"/>
            </w:pPr>
            <w:r>
              <w:rPr>
                <w:rFonts w:ascii="Arial" w:hAnsi="Arial" w:eastAsia="Noto Sans CJK SC"/>
                <w:b/>
                <w:i w:val="0"/>
                <w:color w:val="FFFFFF"/>
                <w:sz w:val="17"/>
              </w:rPr>
              <w:t>Passport Number</w:t>
            </w:r>
          </w:p>
        </w:tc>
        <w:tc>
          <w:tcPr>
            <w:tcW w:type="dxa" w:w="3384"/>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75" w:type="dxa"/>
              <w:start w:w="85" w:type="dxa"/>
              <w:bottom w:w="75" w:type="dxa"/>
              <w:end w:w="85" w:type="dxa"/>
            </w:tcMar>
            <w:vAlign w:val="center"/>
            <w:shd w:fill="245B78"/>
          </w:tcPr>
          <w:p>
            <w:pPr>
              <w:spacing w:after="0"/>
              <w:jc w:val="center"/>
            </w:pPr>
            <w:r>
              <w:rPr>
                <w:rFonts w:ascii="Arial" w:hAnsi="Arial" w:eastAsia="Noto Sans CJK SC"/>
                <w:b/>
                <w:i w:val="0"/>
                <w:color w:val="FFFFFF"/>
                <w:sz w:val="17"/>
              </w:rPr>
              <w:t>Date of Birth</w:t>
            </w:r>
          </w:p>
        </w:tc>
      </w:tr>
      <w:tr>
        <w:tc>
          <w:tcPr>
            <w:tcW w:type="dxa" w:w="3384"/>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75" w:type="dxa"/>
              <w:start w:w="85" w:type="dxa"/>
              <w:bottom w:w="75" w:type="dxa"/>
              <w:end w:w="85" w:type="dxa"/>
            </w:tcMar>
            <w:vAlign w:val="center"/>
          </w:tcPr>
          <w:p>
            <w:pPr>
              <w:spacing w:after="0"/>
              <w:jc w:val="center"/>
            </w:pPr>
            <w:r>
              <w:rPr>
                <w:rFonts w:ascii="Arial" w:hAnsi="Arial" w:eastAsia="Noto Sans CJK SC"/>
                <w:b w:val="0"/>
                <w:i/>
                <w:color w:val="676D73"/>
                <w:sz w:val="17"/>
              </w:rPr>
              <w:t>[Full Name as in Passport]</w:t>
            </w:r>
          </w:p>
        </w:tc>
        <w:tc>
          <w:tcPr>
            <w:tcW w:type="dxa" w:w="3384"/>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75" w:type="dxa"/>
              <w:start w:w="85" w:type="dxa"/>
              <w:bottom w:w="75" w:type="dxa"/>
              <w:end w:w="85" w:type="dxa"/>
            </w:tcMar>
            <w:vAlign w:val="center"/>
          </w:tcPr>
          <w:p>
            <w:pPr>
              <w:spacing w:after="0"/>
              <w:jc w:val="center"/>
            </w:pPr>
            <w:r>
              <w:rPr>
                <w:rFonts w:ascii="Arial" w:hAnsi="Arial" w:eastAsia="Noto Sans CJK SC"/>
                <w:b w:val="0"/>
                <w:i/>
                <w:color w:val="676D73"/>
                <w:sz w:val="17"/>
              </w:rPr>
              <w:t>[Passport Number]</w:t>
            </w:r>
          </w:p>
        </w:tc>
        <w:tc>
          <w:tcPr>
            <w:tcW w:type="dxa" w:w="3384"/>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75" w:type="dxa"/>
              <w:start w:w="85" w:type="dxa"/>
              <w:bottom w:w="75" w:type="dxa"/>
              <w:end w:w="85" w:type="dxa"/>
            </w:tcMar>
            <w:vAlign w:val="center"/>
          </w:tcPr>
          <w:p>
            <w:pPr>
              <w:spacing w:after="0"/>
              <w:jc w:val="center"/>
            </w:pPr>
            <w:r>
              <w:rPr>
                <w:rFonts w:ascii="Arial" w:hAnsi="Arial" w:eastAsia="Noto Sans CJK SC"/>
                <w:b w:val="0"/>
                <w:i/>
                <w:color w:val="676D73"/>
                <w:sz w:val="17"/>
              </w:rPr>
              <w:t>[DD Month YYYY]</w:t>
            </w:r>
          </w:p>
        </w:tc>
      </w:tr>
    </w:tbl>
    <w:p>
      <w:pPr>
        <w:spacing w:before="0" w:after="20" w:line="300" w:lineRule="auto"/>
        <w:jc w:val="left"/>
      </w:pPr>
    </w:p>
    <w:p>
      <w:pPr>
        <w:spacing w:before="0" w:after="120" w:line="300" w:lineRule="auto"/>
        <w:jc w:val="both"/>
      </w:pPr>
      <w:r>
        <w:rPr>
          <w:rFonts w:ascii="Arial" w:hAnsi="Arial" w:eastAsia="Noto Sans CJK SC"/>
          <w:b w:val="0"/>
          <w:i w:val="0"/>
          <w:color w:val="000000"/>
          <w:sz w:val="21"/>
        </w:rPr>
        <w:t xml:space="preserve">The employee receives a </w:t>
      </w:r>
      <w:r>
        <w:rPr>
          <w:rFonts w:ascii="Arial" w:hAnsi="Arial" w:eastAsia="Noto Sans CJK SC"/>
          <w:b w:val="0"/>
          <w:i/>
          <w:color w:val="676D73"/>
          <w:sz w:val="21"/>
        </w:rPr>
        <w:t>[gross or base monthly or annual]</w:t>
      </w:r>
      <w:r>
        <w:rPr>
          <w:rFonts w:ascii="Arial" w:hAnsi="Arial" w:eastAsia="Noto Sans CJK SC"/>
          <w:b w:val="0"/>
          <w:i w:val="0"/>
          <w:color w:val="000000"/>
          <w:sz w:val="21"/>
        </w:rPr>
        <w:t xml:space="preserve"> salary of </w:t>
      </w:r>
      <w:r>
        <w:rPr>
          <w:rFonts w:ascii="Arial" w:hAnsi="Arial" w:eastAsia="Noto Sans CJK SC"/>
          <w:b w:val="0"/>
          <w:i/>
          <w:color w:val="676D73"/>
          <w:sz w:val="21"/>
        </w:rPr>
        <w:t>[Currency and Amount]</w:t>
      </w:r>
      <w:r>
        <w:rPr>
          <w:rFonts w:ascii="Arial" w:hAnsi="Arial" w:eastAsia="Noto Sans CJK SC"/>
          <w:b w:val="0"/>
          <w:i w:val="0"/>
          <w:color w:val="000000"/>
          <w:sz w:val="21"/>
        </w:rPr>
        <w:t xml:space="preserve">. </w:t>
      </w:r>
      <w:r>
        <w:rPr>
          <w:rFonts w:ascii="Arial" w:hAnsi="Arial" w:eastAsia="Noto Sans CJK SC"/>
          <w:b w:val="0"/>
          <w:i/>
          <w:color w:val="676D73"/>
          <w:sz w:val="21"/>
        </w:rPr>
        <w:t>[Optional: Additional regular compensation may be described here.]</w:t>
      </w:r>
    </w:p>
    <w:p>
      <w:pPr>
        <w:spacing w:before="0" w:after="120" w:line="300" w:lineRule="auto"/>
        <w:jc w:val="both"/>
      </w:pPr>
      <w:r>
        <w:rPr>
          <w:rFonts w:ascii="Arial" w:hAnsi="Arial" w:eastAsia="Noto Sans CJK SC"/>
          <w:b w:val="0"/>
          <w:i w:val="0"/>
          <w:color w:val="000000"/>
          <w:sz w:val="21"/>
        </w:rPr>
        <w:t xml:space="preserve">The company has approved leave from </w:t>
      </w:r>
      <w:r>
        <w:rPr>
          <w:rFonts w:ascii="Arial" w:hAnsi="Arial" w:eastAsia="Noto Sans CJK SC"/>
          <w:b w:val="0"/>
          <w:i/>
          <w:color w:val="676D73"/>
          <w:sz w:val="21"/>
        </w:rPr>
        <w:t>[Leave Start Date]</w:t>
      </w:r>
      <w:r>
        <w:rPr>
          <w:rFonts w:ascii="Arial" w:hAnsi="Arial" w:eastAsia="Noto Sans CJK SC"/>
          <w:b w:val="0"/>
          <w:i w:val="0"/>
          <w:color w:val="000000"/>
          <w:sz w:val="21"/>
        </w:rPr>
        <w:t xml:space="preserve"> through </w:t>
      </w:r>
      <w:r>
        <w:rPr>
          <w:rFonts w:ascii="Arial" w:hAnsi="Arial" w:eastAsia="Noto Sans CJK SC"/>
          <w:b w:val="0"/>
          <w:i/>
          <w:color w:val="676D73"/>
          <w:sz w:val="21"/>
        </w:rPr>
        <w:t>[Leave End Date]</w:t>
      </w:r>
      <w:r>
        <w:rPr>
          <w:rFonts w:ascii="Arial" w:hAnsi="Arial" w:eastAsia="Noto Sans CJK SC"/>
          <w:b w:val="0"/>
          <w:i w:val="0"/>
          <w:color w:val="000000"/>
          <w:sz w:val="21"/>
        </w:rPr>
        <w:t xml:space="preserve"> for a temporary trip to the United States for </w:t>
      </w:r>
      <w:r>
        <w:rPr>
          <w:rFonts w:ascii="Arial" w:hAnsi="Arial" w:eastAsia="Noto Sans CJK SC"/>
          <w:b w:val="0"/>
          <w:i/>
          <w:color w:val="676D73"/>
          <w:sz w:val="21"/>
        </w:rPr>
        <w:t>[tourism business meetings or visiting family and friends]</w:t>
      </w:r>
      <w:r>
        <w:rPr>
          <w:rFonts w:ascii="Arial" w:hAnsi="Arial" w:eastAsia="Noto Sans CJK SC"/>
          <w:b w:val="0"/>
          <w:i w:val="0"/>
          <w:color w:val="000000"/>
          <w:sz w:val="21"/>
        </w:rPr>
        <w:t xml:space="preserve">. The employee is expected to resume regular duties on </w:t>
      </w:r>
      <w:r>
        <w:rPr>
          <w:rFonts w:ascii="Arial" w:hAnsi="Arial" w:eastAsia="Noto Sans CJK SC"/>
          <w:b w:val="0"/>
          <w:i/>
          <w:color w:val="676D73"/>
          <w:sz w:val="21"/>
        </w:rPr>
        <w:t>[Return to Work Date]</w:t>
      </w:r>
      <w:r>
        <w:rPr>
          <w:rFonts w:ascii="Arial" w:hAnsi="Arial" w:eastAsia="Noto Sans CJK SC"/>
          <w:b w:val="0"/>
          <w:i w:val="0"/>
          <w:color w:val="000000"/>
          <w:sz w:val="21"/>
        </w:rPr>
        <w:t>.</w:t>
      </w:r>
    </w:p>
    <w:p>
      <w:pPr>
        <w:spacing w:before="0" w:after="120" w:line="300" w:lineRule="auto"/>
        <w:jc w:val="both"/>
      </w:pPr>
      <w:r>
        <w:rPr>
          <w:rFonts w:ascii="Arial" w:hAnsi="Arial" w:eastAsia="Noto Sans CJK SC"/>
          <w:b w:val="0"/>
          <w:i w:val="0"/>
          <w:color w:val="000000"/>
          <w:sz w:val="21"/>
        </w:rPr>
        <w:t xml:space="preserve">Travel expenses for </w:t>
      </w:r>
      <w:r>
        <w:rPr>
          <w:rFonts w:ascii="Arial" w:hAnsi="Arial" w:eastAsia="Noto Sans CJK SC"/>
          <w:b w:val="0"/>
          <w:i/>
          <w:color w:val="676D73"/>
          <w:sz w:val="21"/>
        </w:rPr>
        <w:t>[airfare accommodation meals transportation insurance and other items]</w:t>
      </w:r>
      <w:r>
        <w:rPr>
          <w:rFonts w:ascii="Arial" w:hAnsi="Arial" w:eastAsia="Noto Sans CJK SC"/>
          <w:b w:val="0"/>
          <w:i w:val="0"/>
          <w:color w:val="000000"/>
          <w:sz w:val="21"/>
        </w:rPr>
        <w:t xml:space="preserve"> will be paid by </w:t>
      </w:r>
      <w:r>
        <w:rPr>
          <w:rFonts w:ascii="Arial" w:hAnsi="Arial" w:eastAsia="Noto Sans CJK SC"/>
          <w:b w:val="0"/>
          <w:i/>
          <w:color w:val="676D73"/>
          <w:sz w:val="21"/>
        </w:rPr>
        <w:t>[the employee the company another person or a shared arrangement]</w:t>
      </w:r>
      <w:r>
        <w:rPr>
          <w:rFonts w:ascii="Arial" w:hAnsi="Arial" w:eastAsia="Noto Sans CJK SC"/>
          <w:b w:val="0"/>
          <w:i w:val="0"/>
          <w:color w:val="000000"/>
          <w:sz w:val="21"/>
        </w:rPr>
        <w:t>.</w:t>
      </w:r>
    </w:p>
    <w:p>
      <w:pPr>
        <w:spacing w:before="0" w:after="140" w:line="300" w:lineRule="auto"/>
        <w:jc w:val="left"/>
      </w:pPr>
      <w:r>
        <w:rPr>
          <w:rFonts w:ascii="Arial" w:hAnsi="Arial" w:eastAsia="Noto Sans CJK SC"/>
          <w:b w:val="0"/>
          <w:i w:val="0"/>
          <w:color w:val="000000"/>
          <w:sz w:val="20"/>
        </w:rPr>
        <w:t>This letter is issued at the employee’s request to verify employment and approved leave. Please contact the undersigned if additional employment information is required.</w:t>
      </w:r>
    </w:p>
    <w:p>
      <w:pPr>
        <w:spacing w:before="0" w:after="220" w:line="300" w:lineRule="auto"/>
        <w:jc w:val="left"/>
      </w:pPr>
      <w:r>
        <w:rPr>
          <w:rFonts w:ascii="Arial" w:hAnsi="Arial" w:eastAsia="Noto Sans CJK SC"/>
          <w:b w:val="0"/>
          <w:i w:val="0"/>
          <w:color w:val="000000"/>
          <w:sz w:val="20"/>
        </w:rPr>
        <w:t>Sincerely,</w:t>
      </w:r>
    </w:p>
    <w:p>
      <w:pPr>
        <w:spacing w:before="0" w:after="20" w:line="300" w:lineRule="auto"/>
        <w:jc w:val="left"/>
      </w:pPr>
      <w:r>
        <w:rPr>
          <w:rFonts w:ascii="Arial" w:hAnsi="Arial" w:eastAsia="Noto Sans CJK SC"/>
          <w:b w:val="0"/>
          <w:i/>
          <w:color w:val="676D73"/>
          <w:sz w:val="19"/>
        </w:rPr>
        <w:t>[Authorized Representative Signature]</w:t>
      </w:r>
    </w:p>
    <w:p>
      <w:pPr>
        <w:spacing w:before="0" w:after="20" w:line="300" w:lineRule="auto"/>
        <w:jc w:val="left"/>
      </w:pPr>
      <w:r>
        <w:rPr>
          <w:rFonts w:ascii="Arial" w:hAnsi="Arial" w:eastAsia="Noto Sans CJK SC"/>
          <w:b w:val="0"/>
          <w:i/>
          <w:color w:val="676D73"/>
          <w:sz w:val="19"/>
        </w:rPr>
        <w:t>[Authorized Representative Full Name]</w:t>
      </w:r>
    </w:p>
    <w:p>
      <w:pPr>
        <w:spacing w:before="0" w:after="20" w:line="300" w:lineRule="auto"/>
        <w:jc w:val="left"/>
      </w:pPr>
      <w:r>
        <w:rPr>
          <w:rFonts w:ascii="Arial" w:hAnsi="Arial" w:eastAsia="Noto Sans CJK SC"/>
          <w:b w:val="0"/>
          <w:i/>
          <w:color w:val="676D73"/>
          <w:sz w:val="19"/>
        </w:rPr>
        <w:t>[Job Title and Department]</w:t>
      </w:r>
    </w:p>
    <w:p>
      <w:pPr>
        <w:spacing w:before="0" w:after="20" w:line="300" w:lineRule="auto"/>
        <w:jc w:val="left"/>
      </w:pPr>
      <w:r>
        <w:rPr>
          <w:rFonts w:ascii="Arial" w:hAnsi="Arial" w:eastAsia="Noto Sans CJK SC"/>
          <w:b w:val="0"/>
          <w:i/>
          <w:color w:val="676D73"/>
          <w:sz w:val="19"/>
        </w:rPr>
        <w:t>[Telephone and Email]</w:t>
      </w:r>
    </w:p>
    <w:p>
      <w:pPr>
        <w:spacing w:before="0" w:after="0" w:line="300" w:lineRule="auto"/>
        <w:jc w:val="left"/>
      </w:pPr>
      <w:r>
        <w:rPr>
          <w:rFonts w:ascii="Arial" w:hAnsi="Arial" w:eastAsia="Noto Sans CJK SC"/>
          <w:b w:val="0"/>
          <w:i/>
          <w:color w:val="676D73"/>
          <w:sz w:val="19"/>
        </w:rPr>
        <w:t>[Company Seal if Applicable]</w:t>
      </w:r>
    </w:p>
    <w:sectPr w:rsidR="00FC693F" w:rsidRPr="0006063C" w:rsidSect="00034616">
      <w:footerReference w:type="default" r:id="rId9"/>
      <w:pgSz w:w="12240" w:h="15840"/>
      <w:pgMar w:top="835" w:right="1037" w:bottom="1123" w:left="1037" w:header="720" w:footer="31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after="0"/>
    </w:pPr>
  </w:p>
  <w:tbl>
    <w:tblPr>
      <w:tblW w:type="auto" w:w="0"/>
      <w:jc w:val="center"/>
      <w:tblLayout w:type="fixed"/>
      <w:tblLook w:firstColumn="1" w:firstRow="1" w:lastColumn="0" w:lastRow="0" w:noHBand="0" w:noVBand="1" w:val="04A0"/>
    </w:tblPr>
    <w:tblGrid>
      <w:gridCol w:w="5076"/>
      <w:gridCol w:w="5076"/>
    </w:tblGrid>
    <w:tr>
      <w:tc>
        <w:tcPr>
          <w:tcW w:type="dxa" w:w="4968"/>
          <w:tcMar>
            <w:top w:w="55" w:type="dxa"/>
            <w:start w:w="75" w:type="dxa"/>
            <w:bottom w:w="65" w:type="dxa"/>
            <w:end w:w="75" w:type="dxa"/>
          </w:tcMar>
          <w:vAlign w:val="center"/>
          <w:tcBorders>
            <w:top w:val="nil"/>
            <w:left w:val="nil"/>
            <w:bottom w:val="single" w:sz="8" w:space="0" w:color="78B6E2"/>
            <w:right w:val="single" w:sz="5" w:space="0" w:color="D7E0E6"/>
            <w:insideH w:val="nil"/>
            <w:insideV w:val="nil"/>
          </w:tcBorders>
        </w:tcPr>
        <w:p>
          <w:pPr>
            <w:spacing w:after="0"/>
            <w:jc w:val="left"/>
          </w:pPr>
          <w:r>
            <w:rPr>
              <w:rFonts w:ascii="Arial" w:hAnsi="Arial" w:eastAsia="Noto Sans CJK SC"/>
              <w:b w:val="0"/>
              <w:i w:val="0"/>
              <w:color w:val="68ABDC"/>
              <w:sz w:val="18"/>
            </w:rPr>
            <w:t xml:space="preserve">签界  </w:t>
          </w:r>
          <w:r>
            <w:rPr>
              <w:rFonts w:ascii="Arial" w:hAnsi="Arial" w:eastAsia="Noto Sans CJK SC"/>
              <w:b/>
              <w:i/>
              <w:color w:val="68ABDC"/>
              <w:sz w:val="18"/>
            </w:rPr>
            <w:t>QIANJIE</w:t>
          </w:r>
        </w:p>
      </w:tc>
      <w:tc>
        <w:tcPr>
          <w:tcW w:type="dxa" w:w="5184"/>
          <w:tcMar>
            <w:top w:w="55" w:type="dxa"/>
            <w:start w:w="75" w:type="dxa"/>
            <w:bottom w:w="65" w:type="dxa"/>
            <w:end w:w="75" w:type="dxa"/>
          </w:tcMar>
          <w:vAlign w:val="center"/>
          <w:tcBorders>
            <w:top w:val="nil"/>
            <w:left w:val="nil"/>
            <w:bottom w:val="single" w:sz="8" w:space="0" w:color="78B6E2"/>
            <w:right w:val="nil"/>
            <w:insideH w:val="nil"/>
            <w:insideV w:val="nil"/>
          </w:tcBorders>
        </w:tcPr>
        <w:p>
          <w:pPr>
            <w:spacing w:after="0"/>
            <w:jc w:val="right"/>
          </w:pPr>
          <w:r>
            <w:rPr>
              <w:rFonts w:ascii="Arial" w:hAnsi="Arial" w:eastAsia="Noto Sans CJK SC"/>
              <w:b w:val="0"/>
              <w:i w:val="0"/>
              <w:color w:val="676D73"/>
              <w:sz w:val="17"/>
            </w:rPr>
            <w:t xml:space="preserve">美国签证资料下载   |   </w:t>
          </w:r>
          <w:hyperlink r:id="rId1">
            <w:r>
              <w:rPr>
                <w:rFonts w:ascii="Arial" w:hAnsi="Arial" w:eastAsia="Noto Sans CJK SC"/>
                <w:color w:val="6EAEDD"/>
                <w:sz w:val="17"/>
                <w:u w:val="none"/>
              </w:rPr>
              <w:t>usa.360qianjie.com</w:t>
            </w:r>
          </w:hyperlink>
        </w:p>
      </w:tc>
    </w:tr>
  </w:tbl>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Noto Sans CJK SC"/>
      <w:color w:val="232323"/>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Noto Sans CJK SC"/>
      <w:b/>
      <w:bCs/>
      <w:color w:val="000000"/>
      <w:sz w:val="27"/>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Arial" w:hAnsi="Arial" w:eastAsia="Noto Sans CJK SC"/>
      <w:b/>
      <w:color w:val="000000"/>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usa.360qianji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美国签证在职证明模板</dc:title>
  <dc:subject>美国B1 B2访客签证英文在职及准假证明可编辑模板</dc:subject>
  <dc:creator>签界</dc:creator>
  <cp:keywords>美国签证在职证明模板,美国签证英文在职证明,美国B1B2签证材料,美国签证准假证明</cp:keywords>
  <dc:description>签界 https://usa.360qianjie.com/</dc:description>
  <cp:lastModifiedBy/>
  <cp:revision>1</cp:revision>
  <dcterms:created xsi:type="dcterms:W3CDTF">2013-12-23T23:15:00Z</dcterms:created>
  <dcterms:modified xsi:type="dcterms:W3CDTF">2013-12-23T23:15:00Z</dcterms:modified>
  <cp:category/>
</cp:coreProperties>
</file>