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60" w:after="80"/>
        <w:jc w:val="center"/>
      </w:pPr>
      <w:r>
        <w:rPr>
          <w:rFonts w:ascii="Arial" w:hAnsi="Arial" w:eastAsia="Noto Sans CJK SC"/>
          <w:b/>
          <w:i w:val="0"/>
          <w:color w:val="000000"/>
          <w:sz w:val="40"/>
        </w:rPr>
        <w:t>美国探亲签证邀请函模板</w:t>
      </w:r>
    </w:p>
    <w:p>
      <w:pPr>
        <w:spacing w:before="0" w:after="60" w:line="300" w:lineRule="auto"/>
        <w:jc w:val="center"/>
      </w:pPr>
      <w:r>
        <w:rPr>
          <w:rFonts w:ascii="Arial" w:hAnsi="Arial" w:eastAsia="Noto Sans CJK SC"/>
          <w:b/>
          <w:i w:val="0"/>
          <w:color w:val="000000"/>
          <w:sz w:val="23"/>
        </w:rPr>
        <w:t>B2探亲访友英文邀请信</w:t>
      </w:r>
    </w:p>
    <w:p>
      <w:pPr>
        <w:spacing w:before="0" w:after="160" w:line="300" w:lineRule="auto"/>
        <w:jc w:val="center"/>
      </w:pPr>
      <w:r>
        <w:rPr>
          <w:rFonts w:ascii="Arial" w:hAnsi="Arial" w:eastAsia="Noto Sans CJK SC"/>
          <w:b w:val="0"/>
          <w:i w:val="0"/>
          <w:color w:val="676D73"/>
          <w:sz w:val="18"/>
        </w:rPr>
        <w:t>签界  2026年9月更新  可编辑Word版</w:t>
      </w:r>
    </w:p>
    <w:p>
      <w:pPr>
        <w:spacing w:before="0" w:after="100" w:line="312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本模板供居住在美国的亲友出具英文邀请函，用于说明邀请人与申请人的关系、访问目的、预计停留时间、住宿地点和费用安排。邀请函不是所有B2或B1/B2访客签证申请人的统一必交材料，也不能替代申请人对旅行目的、费用能力及按期离境意图的说明。</w:t>
      </w:r>
    </w:p>
    <w:p>
      <w:pPr>
        <w:spacing w:before="0" w:after="60" w:line="312" w:lineRule="auto"/>
        <w:jc w:val="left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美国B2访客签证可用于短期探亲访友和旅游。邀请函应根据真实访问安排填写，不宜作出“保证获签”或代替申请人承诺签证结果的表述。</w:t>
      </w:r>
    </w:p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使用方法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由居住在美国的邀请人以英文填写，并保留有效电话、邮箱和美国联系地址。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将第二页方括号中的英文占位内容替换为真实信息，删除不适用的可选段落。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邀请日期、住宿地点和费用来源应与申请人的DS-160及其他行程材料一致。</w:t>
      </w:r>
    </w:p>
    <w:p>
      <w:pPr>
        <w:pStyle w:val="ListBullet"/>
        <w:keepNext w:val="0"/>
        <w:keepLines w:val="0"/>
        <w:spacing w:after="60" w:line="288" w:lineRule="auto"/>
        <w:ind w:left="331" w:hanging="187"/>
      </w:pPr>
      <w:r>
        <w:rPr>
          <w:rFonts w:ascii="Arial" w:hAnsi="Arial" w:eastAsia="Noto Sans CJK SC"/>
          <w:b w:val="0"/>
          <w:i w:val="0"/>
          <w:color w:val="232323"/>
          <w:sz w:val="20"/>
        </w:rPr>
        <w:t>邀请函是否提交原件、扫描件或电子签名版本，以申请地美国使领馆通知为准。</w:t>
      </w:r>
    </w:p>
    <w:p>
      <w:pPr>
        <w:pStyle w:val="Heading1"/>
        <w:keepNext/>
        <w:spacing w:before="180" w:after="100"/>
      </w:pPr>
      <w:r>
        <w:rPr>
          <w:rFonts w:ascii="Arial" w:hAnsi="Arial" w:eastAsia="Noto Sans CJK SC"/>
          <w:b/>
          <w:i w:val="0"/>
          <w:color w:val="000000"/>
          <w:sz w:val="27"/>
        </w:rPr>
        <w:t>填写信息清单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275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信息项目</w:t>
            </w:r>
          </w:p>
        </w:tc>
        <w:tc>
          <w:tcPr>
            <w:tcW w:type="dxa" w:w="5068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填写内容</w:t>
            </w:r>
          </w:p>
        </w:tc>
        <w:tc>
          <w:tcPr>
            <w:tcW w:type="dxa" w:w="2808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8"/>
              </w:rPr>
              <w:t>核对重点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邀请人信息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英文姓名、出生日期和美国地址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联系方式应真实有效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身份信息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当前美国身份及有效期，可选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仅填写真实身份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申请人信息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英文姓名、出生日期和护照号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与护照及DS-160一致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双方关系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父母、子女、兄弟姐妹或朋友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关系表述准确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访问目的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探亲、访友及短期旅游安排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与实际计划一致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访问时间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计划入境、离境日期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与行程材料一致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住宿地点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邀请人住址或酒店地址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写明完整地址</w:t>
            </w:r>
          </w:p>
        </w:tc>
      </w:tr>
      <w:tr>
        <w:trPr>
          <w:cantSplit w:val="true"/>
        </w:trPr>
        <w:tc>
          <w:tcPr>
            <w:tcW w:type="dxa" w:w="2275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232323"/>
                <w:sz w:val="18"/>
              </w:rPr>
              <w:t>费用来源</w:t>
            </w:r>
          </w:p>
        </w:tc>
        <w:tc>
          <w:tcPr>
            <w:tcW w:type="dxa" w:w="506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676D73"/>
                <w:sz w:val="18"/>
              </w:rPr>
              <w:t>申请人或邀请人承担的项目</w:t>
            </w:r>
          </w:p>
        </w:tc>
        <w:tc>
          <w:tcPr>
            <w:tcW w:type="dxa" w:w="280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90" w:type="dxa"/>
              <w:start w:w="100" w:type="dxa"/>
              <w:bottom w:w="90" w:type="dxa"/>
              <w:end w:w="100" w:type="dxa"/>
            </w:tcMar>
            <w:vAlign w:val="center"/>
            <w:shd w:fill="F7F7F7"/>
          </w:tcPr>
          <w:p>
            <w:pPr>
              <w:spacing w:after="0" w:line="264" w:lineRule="auto"/>
              <w:jc w:val="left"/>
            </w:pPr>
            <w:r>
              <w:rPr>
                <w:rFonts w:ascii="Arial" w:hAnsi="Arial" w:eastAsia="Noto Sans CJK SC"/>
                <w:b w:val="0"/>
                <w:i w:val="0"/>
                <w:color w:val="232323"/>
                <w:sz w:val="18"/>
              </w:rPr>
              <w:t>写清承担范围</w:t>
            </w:r>
          </w:p>
        </w:tc>
      </w:tr>
    </w:tbl>
    <w:p>
      <w:pPr>
        <w:spacing w:before="100" w:after="0" w:line="300" w:lineRule="auto"/>
        <w:jc w:val="left"/>
      </w:pPr>
      <w:r>
        <w:rPr>
          <w:rFonts w:ascii="Arial" w:hAnsi="Arial" w:eastAsia="Noto Sans CJK SC"/>
          <w:b w:val="0"/>
          <w:i w:val="0"/>
          <w:color w:val="676D73"/>
          <w:sz w:val="17"/>
        </w:rPr>
        <w:t>多人同行时，可以在第二页表格中分别填写。不要在邀请函中填写社会安全号码、账户密码等无关敏感信息。</w:t>
      </w:r>
    </w:p>
    <w:p>
      <w:pPr>
        <w:pageBreakBefore/>
        <w:spacing w:before="0" w:after="0" w:line="24" w:lineRule="auto"/>
      </w:pPr>
      <w:r>
        <w:rPr>
          <w:rFonts w:ascii="Arial" w:hAnsi="Arial" w:eastAsia="Noto Sans CJK SC"/>
          <w:b w:val="0"/>
          <w:i w:val="0"/>
          <w:color w:val="FFFFFF"/>
          <w:sz w:val="2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83"/>
        <w:gridCol w:w="5083"/>
      </w:tblGrid>
      <w:tr>
        <w:tc>
          <w:tcPr>
            <w:tcW w:type="dxa" w:w="6120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25" w:type="dxa"/>
              <w:end w:w="0" w:type="dxa"/>
            </w:tcMar>
            <w:vAlign w:val="center"/>
          </w:tcPr>
          <w:p>
            <w:pPr>
              <w:spacing w:after="20"/>
            </w:pPr>
            <w:r>
              <w:rPr>
                <w:rFonts w:ascii="Arial" w:hAnsi="Arial" w:eastAsia="Noto Sans CJK SC"/>
                <w:b/>
                <w:i/>
                <w:color w:val="676D73"/>
                <w:sz w:val="28"/>
              </w:rPr>
              <w:t>[HOST FULL NAME]</w:t>
            </w:r>
          </w:p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[Current U.S. Residential Address]</w:t>
            </w:r>
          </w:p>
        </w:tc>
        <w:tc>
          <w:tcPr>
            <w:tcW w:type="dxa" w:w="403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0" w:type="dxa"/>
              <w:start w:w="0" w:type="dxa"/>
              <w:bottom w:w="25" w:type="dxa"/>
              <w:end w:w="0" w:type="dxa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7"/>
              </w:rPr>
              <w:t>[Telephone]</w:t>
              <w:br/>
              <w:t>[Email]</w:t>
              <w:br/>
              <w:t>[Optional U.S. Immigration Status]</w:t>
            </w:r>
          </w:p>
        </w:tc>
      </w:tr>
    </w:tbl>
    <w:p>
      <w:pPr>
        <w:spacing w:before="100" w:after="1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20"/>
        </w:rPr>
        <w:t>[Month Day Year]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To: Consular Officer</w:t>
      </w:r>
    </w:p>
    <w:p>
      <w:pPr>
        <w:spacing w:before="0" w:after="1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U.S. Embassy or Consulate General</w:t>
      </w:r>
    </w:p>
    <w:p>
      <w:pPr>
        <w:spacing w:before="0" w:after="120" w:line="300" w:lineRule="auto"/>
        <w:jc w:val="left"/>
      </w:pPr>
      <w:r>
        <w:rPr>
          <w:rFonts w:ascii="Arial" w:hAnsi="Arial" w:eastAsia="Noto Sans CJK SC"/>
          <w:b/>
          <w:i w:val="0"/>
          <w:color w:val="000000"/>
          <w:sz w:val="20"/>
        </w:rPr>
        <w:t xml:space="preserve">Subject: 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Invitation for a Temporary Family or Friend Visit</w:t>
      </w:r>
    </w:p>
    <w:p>
      <w:pPr>
        <w:spacing w:before="0" w:after="10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Dear Consular Officer:</w:t>
      </w:r>
    </w:p>
    <w:p>
      <w:pPr>
        <w:spacing w:before="0" w:after="120" w:line="298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I am writing to invite the following </w:t>
      </w:r>
      <w:r>
        <w:rPr>
          <w:rFonts w:ascii="Arial" w:hAnsi="Arial" w:eastAsia="Noto Sans CJK SC"/>
          <w:b w:val="0"/>
          <w:i/>
          <w:color w:val="676D73"/>
          <w:sz w:val="20"/>
        </w:rPr>
        <w:t>[family member or friend]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to visit me in </w:t>
      </w:r>
      <w:r>
        <w:rPr>
          <w:rFonts w:ascii="Arial" w:hAnsi="Arial" w:eastAsia="Noto Sans CJK SC"/>
          <w:b w:val="0"/>
          <w:i/>
          <w:color w:val="676D73"/>
          <w:sz w:val="20"/>
        </w:rPr>
        <w:t>[City State]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, United States, from </w:t>
      </w:r>
      <w:r>
        <w:rPr>
          <w:rFonts w:ascii="Arial" w:hAnsi="Arial" w:eastAsia="Noto Sans CJK SC"/>
          <w:b w:val="0"/>
          <w:i/>
          <w:color w:val="676D73"/>
          <w:sz w:val="20"/>
        </w:rPr>
        <w:t>[Arrival Date]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through </w:t>
      </w:r>
      <w:r>
        <w:rPr>
          <w:rFonts w:ascii="Arial" w:hAnsi="Arial" w:eastAsia="Noto Sans CJK SC"/>
          <w:b w:val="0"/>
          <w:i/>
          <w:color w:val="676D73"/>
          <w:sz w:val="20"/>
        </w:rPr>
        <w:t>[Departure Date]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. The purpose of the visit is </w:t>
      </w:r>
      <w:r>
        <w:rPr>
          <w:rFonts w:ascii="Arial" w:hAnsi="Arial" w:eastAsia="Noto Sans CJK SC"/>
          <w:b w:val="0"/>
          <w:i/>
          <w:color w:val="676D73"/>
          <w:sz w:val="20"/>
        </w:rPr>
        <w:t>[family reunion visiting relatives or friends and short tourism activities]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3240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80" w:type="dxa"/>
              <w:bottom w:w="7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Full Name</w:t>
            </w:r>
          </w:p>
        </w:tc>
        <w:tc>
          <w:tcPr>
            <w:tcW w:type="dxa" w:w="1944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80" w:type="dxa"/>
              <w:bottom w:w="7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Date of Birth</w:t>
            </w:r>
          </w:p>
        </w:tc>
        <w:tc>
          <w:tcPr>
            <w:tcW w:type="dxa" w:w="2736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80" w:type="dxa"/>
              <w:bottom w:w="7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Passport Number</w:t>
            </w:r>
          </w:p>
        </w:tc>
        <w:tc>
          <w:tcPr>
            <w:tcW w:type="dxa" w:w="2232"/>
            <w:shd w:fill="245B78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5" w:type="dxa"/>
              <w:start w:w="80" w:type="dxa"/>
              <w:bottom w:w="7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i w:val="0"/>
                <w:color w:val="FFFFFF"/>
                <w:sz w:val="17"/>
              </w:rPr>
              <w:t>Relationship</w:t>
            </w:r>
          </w:p>
        </w:tc>
      </w:tr>
      <w:tr>
        <w:trPr>
          <w:cantSplit w:val="true"/>
        </w:trPr>
        <w:tc>
          <w:tcPr>
            <w:tcW w:type="dxa" w:w="32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[Applicant Full Name]</w:t>
            </w:r>
          </w:p>
        </w:tc>
        <w:tc>
          <w:tcPr>
            <w:tcW w:type="dxa" w:w="194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[DD Month YYYY]</w:t>
            </w:r>
          </w:p>
        </w:tc>
        <w:tc>
          <w:tcPr>
            <w:tcW w:type="dxa" w:w="273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[Passport Number]</w:t>
            </w:r>
          </w:p>
        </w:tc>
        <w:tc>
          <w:tcPr>
            <w:tcW w:type="dxa" w:w="2232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[Relationship]</w:t>
            </w:r>
          </w:p>
        </w:tc>
      </w:tr>
      <w:tr>
        <w:trPr>
          <w:cantSplit w:val="true"/>
        </w:trPr>
        <w:tc>
          <w:tcPr>
            <w:tcW w:type="dxa" w:w="32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[Applicant Full Name]</w:t>
            </w:r>
          </w:p>
        </w:tc>
        <w:tc>
          <w:tcPr>
            <w:tcW w:type="dxa" w:w="194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[DD Month YYYY]</w:t>
            </w:r>
          </w:p>
        </w:tc>
        <w:tc>
          <w:tcPr>
            <w:tcW w:type="dxa" w:w="273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[Passport Number]</w:t>
            </w:r>
          </w:p>
        </w:tc>
        <w:tc>
          <w:tcPr>
            <w:tcW w:type="dxa" w:w="2232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  <w:shd w:fill="F7F7F7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[Relationship]</w:t>
            </w:r>
          </w:p>
        </w:tc>
      </w:tr>
      <w:tr>
        <w:trPr>
          <w:cantSplit w:val="true"/>
        </w:trPr>
        <w:tc>
          <w:tcPr>
            <w:tcW w:type="dxa" w:w="3240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[Applicant Full Name]</w:t>
            </w:r>
          </w:p>
        </w:tc>
        <w:tc>
          <w:tcPr>
            <w:tcW w:type="dxa" w:w="1944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[DD Month YYYY]</w:t>
            </w:r>
          </w:p>
        </w:tc>
        <w:tc>
          <w:tcPr>
            <w:tcW w:type="dxa" w:w="2736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[Passport Number]</w:t>
            </w:r>
          </w:p>
        </w:tc>
        <w:tc>
          <w:tcPr>
            <w:tcW w:type="dxa" w:w="2232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  <w:insideH w:val="single" w:sz="5" w:space="0" w:color="D9D9D9"/>
              <w:insideV w:val="single" w:sz="5" w:space="0" w:color="D9D9D9"/>
            </w:tcBorders>
            <w:tcMar>
              <w:top w:w="72" w:type="dxa"/>
              <w:start w:w="80" w:type="dxa"/>
              <w:bottom w:w="72" w:type="dxa"/>
              <w:end w:w="80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CJK SC"/>
                <w:b w:val="0"/>
                <w:i/>
                <w:color w:val="676D73"/>
                <w:sz w:val="16"/>
              </w:rPr>
              <w:t>[Relationship]</w:t>
            </w:r>
          </w:p>
        </w:tc>
      </w:tr>
    </w:tbl>
    <w:p>
      <w:pPr>
        <w:spacing w:before="0" w:after="20" w:line="300" w:lineRule="auto"/>
        <w:jc w:val="left"/>
      </w:pPr>
    </w:p>
    <w:p>
      <w:pPr>
        <w:spacing w:before="0" w:after="120" w:line="298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I currently reside at </w:t>
      </w:r>
      <w:r>
        <w:rPr>
          <w:rFonts w:ascii="Arial" w:hAnsi="Arial" w:eastAsia="Noto Sans CJK SC"/>
          <w:b w:val="0"/>
          <w:i/>
          <w:color w:val="676D73"/>
          <w:sz w:val="20"/>
        </w:rPr>
        <w:t>[Full U.S. Address]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. </w:t>
      </w:r>
      <w:r>
        <w:rPr>
          <w:rFonts w:ascii="Arial" w:hAnsi="Arial" w:eastAsia="Noto Sans CJK SC"/>
          <w:b w:val="0"/>
          <w:i/>
          <w:color w:val="676D73"/>
          <w:sz w:val="20"/>
        </w:rPr>
        <w:t>[Optional: My current U.S. immigration status is Status valid until Date.]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The invitee or invitees will stay at </w:t>
      </w:r>
      <w:r>
        <w:rPr>
          <w:rFonts w:ascii="Arial" w:hAnsi="Arial" w:eastAsia="Noto Sans CJK SC"/>
          <w:b w:val="0"/>
          <w:i/>
          <w:color w:val="676D73"/>
          <w:sz w:val="20"/>
        </w:rPr>
        <w:t>[Host Address or Hotel Address]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during the visit.</w:t>
      </w:r>
    </w:p>
    <w:p>
      <w:pPr>
        <w:spacing w:before="0" w:after="120" w:line="298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During the visit, we plan to </w:t>
      </w:r>
      <w:r>
        <w:rPr>
          <w:rFonts w:ascii="Arial" w:hAnsi="Arial" w:eastAsia="Noto Sans CJK SC"/>
          <w:b w:val="0"/>
          <w:i/>
          <w:color w:val="676D73"/>
          <w:sz w:val="20"/>
        </w:rPr>
        <w:t>[describe family gatherings local visits and any short tourism itinerary]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. Expenses for </w:t>
      </w:r>
      <w:r>
        <w:rPr>
          <w:rFonts w:ascii="Arial" w:hAnsi="Arial" w:eastAsia="Noto Sans CJK SC"/>
          <w:b w:val="0"/>
          <w:i/>
          <w:color w:val="676D73"/>
          <w:sz w:val="20"/>
        </w:rPr>
        <w:t>[airfare accommodation meals transportation insurance or other items]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 will be paid by </w:t>
      </w:r>
      <w:r>
        <w:rPr>
          <w:rFonts w:ascii="Arial" w:hAnsi="Arial" w:eastAsia="Noto Sans CJK SC"/>
          <w:b w:val="0"/>
          <w:i/>
          <w:color w:val="676D73"/>
          <w:sz w:val="20"/>
        </w:rPr>
        <w:t>[Applicant Host or Shared Arrangement]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.</w:t>
      </w:r>
    </w:p>
    <w:p>
      <w:pPr>
        <w:spacing w:before="0" w:after="120" w:line="298" w:lineRule="auto"/>
        <w:jc w:val="both"/>
      </w:pPr>
      <w:r>
        <w:rPr>
          <w:rFonts w:ascii="Arial" w:hAnsi="Arial" w:eastAsia="Noto Sans CJK SC"/>
          <w:b w:val="0"/>
          <w:i w:val="0"/>
          <w:color w:val="000000"/>
          <w:sz w:val="20"/>
        </w:rPr>
        <w:t xml:space="preserve">Based on the current travel plan, the invitee or invitees intend to depart the United States on </w:t>
      </w:r>
      <w:r>
        <w:rPr>
          <w:rFonts w:ascii="Arial" w:hAnsi="Arial" w:eastAsia="Noto Sans CJK SC"/>
          <w:b w:val="0"/>
          <w:i/>
          <w:color w:val="676D73"/>
          <w:sz w:val="20"/>
        </w:rPr>
        <w:t>[Departure Date]</w:t>
      </w:r>
      <w:r>
        <w:rPr>
          <w:rFonts w:ascii="Arial" w:hAnsi="Arial" w:eastAsia="Noto Sans CJK SC"/>
          <w:b w:val="0"/>
          <w:i w:val="0"/>
          <w:color w:val="000000"/>
          <w:sz w:val="20"/>
        </w:rPr>
        <w:t>. This letter is provided to explain the purpose and arrangements of the temporary visit.</w:t>
      </w:r>
    </w:p>
    <w:p>
      <w:pPr>
        <w:spacing w:before="0" w:after="12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Please contact me if additional information about this invitation is required.</w:t>
      </w:r>
    </w:p>
    <w:p>
      <w:pPr>
        <w:spacing w:before="0" w:after="240" w:line="300" w:lineRule="auto"/>
        <w:jc w:val="left"/>
      </w:pPr>
      <w:r>
        <w:rPr>
          <w:rFonts w:ascii="Arial" w:hAnsi="Arial" w:eastAsia="Noto Sans CJK SC"/>
          <w:b w:val="0"/>
          <w:i w:val="0"/>
          <w:color w:val="000000"/>
          <w:sz w:val="20"/>
        </w:rPr>
        <w:t>Sincerely,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[Handwritten or Verifiable Electronic Signature]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[Host Full Name]</w:t>
      </w:r>
    </w:p>
    <w:p>
      <w:pPr>
        <w:spacing w:before="0" w:after="2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[Relationship to Applicant]</w:t>
      </w:r>
    </w:p>
    <w:p>
      <w:pPr>
        <w:spacing w:before="0" w:after="0" w:line="300" w:lineRule="auto"/>
        <w:jc w:val="left"/>
      </w:pPr>
      <w:r>
        <w:rPr>
          <w:rFonts w:ascii="Arial" w:hAnsi="Arial" w:eastAsia="Noto Sans CJK SC"/>
          <w:b w:val="0"/>
          <w:i/>
          <w:color w:val="676D73"/>
          <w:sz w:val="19"/>
        </w:rPr>
        <w:t>[Telephone and Email]</w:t>
      </w:r>
    </w:p>
    <w:sectPr w:rsidR="00FC693F" w:rsidRPr="0006063C" w:rsidSect="00034616">
      <w:footerReference w:type="default" r:id="rId9"/>
      <w:pgSz w:w="12240" w:h="15840"/>
      <w:pgMar w:top="835" w:right="1037" w:bottom="1123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CJK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CJK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CJK SC"/>
              <w:b w:val="0"/>
              <w:i w:val="0"/>
              <w:color w:val="676D73"/>
              <w:sz w:val="17"/>
            </w:rPr>
            <w:t xml:space="preserve">美国签证资料下载   |   </w:t>
          </w:r>
          <w:hyperlink r:id="rId1">
            <w:r>
              <w:rPr>
                <w:rFonts w:ascii="Arial" w:hAnsi="Arial" w:eastAsia="Noto Sans CJK SC"/>
                <w:color w:val="6EAEDD"/>
                <w:sz w:val="17"/>
                <w:u w:val="none"/>
              </w:rPr>
              <w:t>usa.360qianjie.com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usa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美国探亲签证邀请函模板</dc:title>
  <dc:subject>美国B2探亲访友英文邀请函可编辑模板</dc:subject>
  <dc:creator>签界</dc:creator>
  <cp:keywords>美国探亲签证邀请函模板,美国签证邀请函英文版,美国B2签证材料,美国探亲签证材料模板</cp:keywords>
  <dc:description>签界 https://usa.360qianjie.com/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