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80" w:after="80"/>
        <w:jc w:val="center"/>
      </w:pPr>
      <w:r>
        <w:rPr>
          <w:rFonts w:ascii="Arial" w:hAnsi="Arial" w:eastAsia="Noto Sans CJK SC"/>
          <w:b/>
          <w:i w:val="0"/>
          <w:color w:val="000000"/>
          <w:sz w:val="40"/>
        </w:rPr>
        <w:t>美国商务签证邀请函模板</w:t>
      </w:r>
    </w:p>
    <w:p>
      <w:pPr>
        <w:spacing w:before="0" w:after="60" w:line="300" w:lineRule="auto"/>
        <w:jc w:val="center"/>
      </w:pPr>
      <w:r>
        <w:rPr>
          <w:rFonts w:ascii="Arial" w:hAnsi="Arial" w:eastAsia="Noto Sans CJK SC"/>
          <w:b/>
          <w:i w:val="0"/>
          <w:color w:val="000000"/>
          <w:sz w:val="23"/>
        </w:rPr>
        <w:t>B1短期商务访问美方邀请信英文版</w:t>
      </w:r>
    </w:p>
    <w:p>
      <w:pPr>
        <w:spacing w:before="0" w:after="180" w:line="300" w:lineRule="auto"/>
        <w:jc w:val="center"/>
      </w:pPr>
      <w:r>
        <w:rPr>
          <w:rFonts w:ascii="Arial" w:hAnsi="Arial" w:eastAsia="Noto Sans CJK SC"/>
          <w:b w:val="0"/>
          <w:i w:val="0"/>
          <w:color w:val="676D73"/>
          <w:sz w:val="18"/>
        </w:rPr>
        <w:t>签界  2026年9月更新  可编辑Word版</w:t>
      </w:r>
    </w:p>
    <w:p>
      <w:pPr>
        <w:spacing w:before="0" w:after="100" w:line="317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本模板供美国接待单位为赴美短期商务访问人员出具英文邀请函。美国国务院没有把邀请函列为所有访客签证申请人的统一必交材料，邀请函也不是决定签证结果的单一因素。需要使用时，应以真实商务关系、具体访问事项和实际行程为基础填写。</w:t>
      </w:r>
    </w:p>
    <w:p>
      <w:pPr>
        <w:spacing w:before="0" w:after="60" w:line="317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B1常见活动包括商务会议、专业或行业会议、商务磋商和合同谈判。邀请函不能把赴美就业、长期驻场或一般生产性工作写成普通商务访问。</w:t>
      </w:r>
    </w:p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使用方法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由美国接待单位使用正式英文抬头信纸出具，并由了解访问安排的负责人签名。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将第二页方括号中的英文占位内容替换为真实信息，删除不适用的可选段落。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邀请目的、访问日期、地点和费用来源应与申请人的DS-160、行程及中方派遣函一致。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电子扫描件或原件的具体要求，以申请地美国使领馆和领事官通知为准。</w:t>
      </w:r>
    </w:p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填写信息清单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275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信息项目</w:t>
            </w:r>
          </w:p>
        </w:tc>
        <w:tc>
          <w:tcPr>
            <w:tcW w:type="dxa" w:w="5068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填写内容</w:t>
            </w:r>
          </w:p>
        </w:tc>
        <w:tc>
          <w:tcPr>
            <w:tcW w:type="dxa" w:w="2808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核对重点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邀请方信息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美国单位名称、地址、电话和邮箱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联系人应能核实安排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被邀请人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英文姓名、护照号、职位和雇主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与护照及DS-160一致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双方关系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合作背景或业务往来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使用真实可说明的关系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邀请目的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会议、参会、磋商或合同谈判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写明具体商务事项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访问安排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日期、城市和分日活动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与行程材料一致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费用来源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邀请方、被邀请方或本人承担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写清承担范围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住宿安排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酒店或邀请方安排的住宿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有安排时如实说明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签署信息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负责人姓名、职务及联系方式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确保可以联系核实</w:t>
            </w:r>
          </w:p>
        </w:tc>
      </w:tr>
    </w:tbl>
    <w:p>
      <w:pPr>
        <w:spacing w:before="100" w:after="0" w:line="300" w:lineRule="auto"/>
        <w:jc w:val="left"/>
      </w:pPr>
      <w:r>
        <w:rPr>
          <w:rFonts w:ascii="Arial" w:hAnsi="Arial" w:eastAsia="Noto Sans CJK SC"/>
          <w:b w:val="0"/>
          <w:i w:val="0"/>
          <w:color w:val="676D73"/>
          <w:sz w:val="17"/>
        </w:rPr>
        <w:t>多人同行时，可在正文中写明人数，并另附包含姓名、护照号、职位及雇主的名单。提交前删除全部填写提示。</w:t>
      </w:r>
    </w:p>
    <w:p>
      <w:pPr>
        <w:pageBreakBefore/>
        <w:spacing w:before="0" w:after="0" w:line="24" w:lineRule="auto"/>
      </w:pPr>
      <w:r>
        <w:rPr>
          <w:rFonts w:ascii="Arial" w:hAnsi="Arial" w:eastAsia="Noto Sans CJK SC"/>
          <w:b w:val="0"/>
          <w:i w:val="0"/>
          <w:color w:val="FFFFFF"/>
          <w:sz w:val="2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83"/>
        <w:gridCol w:w="5083"/>
      </w:tblGrid>
      <w:tr>
        <w:tc>
          <w:tcPr>
            <w:tcW w:type="dxa" w:w="6120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35" w:type="dxa"/>
              <w:end w:w="0" w:type="dxa"/>
            </w:tcMar>
            <w:vAlign w:val="center"/>
          </w:tcPr>
          <w:p>
            <w:pPr>
              <w:spacing w:after="40"/>
            </w:pPr>
            <w:r>
              <w:rPr>
                <w:rFonts w:ascii="Arial" w:hAnsi="Arial" w:eastAsia="Noto Sans CJK SC"/>
                <w:b/>
                <w:i/>
                <w:color w:val="676D73"/>
                <w:sz w:val="28"/>
              </w:rPr>
              <w:t>[U.S. HOST ORGANIZATION]</w:t>
            </w:r>
          </w:p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[Company logo or official letterhead may be placed here]</w:t>
            </w:r>
          </w:p>
        </w:tc>
        <w:tc>
          <w:tcPr>
            <w:tcW w:type="dxa" w:w="403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35" w:type="dxa"/>
              <w:end w:w="0" w:type="dxa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[Address]</w:t>
              <w:br/>
              <w:t>[Telephone]</w:t>
              <w:br/>
              <w:t>[Business Email]</w:t>
              <w:br/>
              <w:t>[Website if applicable]</w:t>
            </w:r>
          </w:p>
        </w:tc>
      </w:tr>
    </w:tbl>
    <w:p>
      <w:pPr>
        <w:spacing w:before="120" w:after="14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[Month Day Year]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To: Consular Officer</w:t>
      </w:r>
    </w:p>
    <w:p>
      <w:pPr>
        <w:spacing w:before="0" w:after="14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U.S. Embassy or Consulate General</w:t>
      </w:r>
    </w:p>
    <w:p>
      <w:pPr>
        <w:spacing w:before="0" w:after="140" w:line="300" w:lineRule="auto"/>
        <w:jc w:val="left"/>
      </w:pPr>
      <w:r>
        <w:rPr>
          <w:rFonts w:ascii="Arial" w:hAnsi="Arial" w:eastAsia="Noto Sans CJK SC"/>
          <w:b/>
          <w:i w:val="0"/>
          <w:color w:val="000000"/>
          <w:sz w:val="20"/>
        </w:rPr>
        <w:t xml:space="preserve">Subject: </w:t>
      </w:r>
      <w:r>
        <w:rPr>
          <w:rFonts w:ascii="Arial" w:hAnsi="Arial" w:eastAsia="Noto Sans CJK SC"/>
          <w:b w:val="0"/>
          <w:i/>
          <w:color w:val="676D73"/>
          <w:sz w:val="20"/>
        </w:rPr>
        <w:t>Invitation for Temporary Business Visit by [Applicant Full Name]</w:t>
      </w:r>
    </w:p>
    <w:p>
      <w:pPr>
        <w:spacing w:before="0" w:after="1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Dear Consular Officer:</w:t>
      </w:r>
    </w:p>
    <w:p>
      <w:pPr>
        <w:spacing w:before="0" w:after="120" w:line="293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On behalf of </w:t>
      </w:r>
      <w:r>
        <w:rPr>
          <w:rFonts w:ascii="Arial" w:hAnsi="Arial" w:eastAsia="Noto Sans CJK SC"/>
          <w:b w:val="0"/>
          <w:i/>
          <w:color w:val="676D73"/>
          <w:sz w:val="20"/>
        </w:rPr>
        <w:t>[U.S. Host Organization]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I am pleased to invite </w:t>
      </w:r>
      <w:r>
        <w:rPr>
          <w:rFonts w:ascii="Arial" w:hAnsi="Arial" w:eastAsia="Noto Sans CJK SC"/>
          <w:b w:val="0"/>
          <w:i/>
          <w:color w:val="676D73"/>
          <w:sz w:val="20"/>
        </w:rPr>
        <w:t>[Mr. Ms. Applicant Full Name]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passport number </w:t>
      </w:r>
      <w:r>
        <w:rPr>
          <w:rFonts w:ascii="Arial" w:hAnsi="Arial" w:eastAsia="Noto Sans CJK SC"/>
          <w:b w:val="0"/>
          <w:i/>
          <w:color w:val="676D73"/>
          <w:sz w:val="20"/>
        </w:rPr>
        <w:t>[Passport Number]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who serves as </w:t>
      </w:r>
      <w:r>
        <w:rPr>
          <w:rFonts w:ascii="Arial" w:hAnsi="Arial" w:eastAsia="Noto Sans CJK SC"/>
          <w:b w:val="0"/>
          <w:i/>
          <w:color w:val="676D73"/>
          <w:sz w:val="20"/>
        </w:rPr>
        <w:t>[Job Title]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at </w:t>
      </w:r>
      <w:r>
        <w:rPr>
          <w:rFonts w:ascii="Arial" w:hAnsi="Arial" w:eastAsia="Noto Sans CJK SC"/>
          <w:b w:val="0"/>
          <w:i/>
          <w:color w:val="676D73"/>
          <w:sz w:val="20"/>
        </w:rPr>
        <w:t>[Foreign Employer Legal Name]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to visit </w:t>
      </w:r>
      <w:r>
        <w:rPr>
          <w:rFonts w:ascii="Arial" w:hAnsi="Arial" w:eastAsia="Noto Sans CJK SC"/>
          <w:b w:val="0"/>
          <w:i/>
          <w:color w:val="676D73"/>
          <w:sz w:val="20"/>
        </w:rPr>
        <w:t>[City State]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United States, from </w:t>
      </w:r>
      <w:r>
        <w:rPr>
          <w:rFonts w:ascii="Arial" w:hAnsi="Arial" w:eastAsia="Noto Sans CJK SC"/>
          <w:b w:val="0"/>
          <w:i/>
          <w:color w:val="676D73"/>
          <w:sz w:val="20"/>
        </w:rPr>
        <w:t>[Arrival Date]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through </w:t>
      </w:r>
      <w:r>
        <w:rPr>
          <w:rFonts w:ascii="Arial" w:hAnsi="Arial" w:eastAsia="Noto Sans CJK SC"/>
          <w:b w:val="0"/>
          <w:i/>
          <w:color w:val="676D73"/>
          <w:sz w:val="20"/>
        </w:rPr>
        <w:t>[Departure Date]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.</w:t>
      </w:r>
    </w:p>
    <w:p>
      <w:pPr>
        <w:spacing w:before="0" w:after="120" w:line="293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Our organizations have </w:t>
      </w:r>
      <w:r>
        <w:rPr>
          <w:rFonts w:ascii="Arial" w:hAnsi="Arial" w:eastAsia="Noto Sans CJK SC"/>
          <w:b w:val="0"/>
          <w:i/>
          <w:color w:val="676D73"/>
          <w:sz w:val="20"/>
        </w:rPr>
        <w:t>[briefly describe the business relationship]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. The purpose of this visit is to </w:t>
      </w:r>
      <w:r>
        <w:rPr>
          <w:rFonts w:ascii="Arial" w:hAnsi="Arial" w:eastAsia="Noto Sans CJK SC"/>
          <w:b w:val="0"/>
          <w:i/>
          <w:color w:val="676D73"/>
          <w:sz w:val="20"/>
        </w:rPr>
        <w:t>[describe the meetings conference consultations contract negotiations or other permitted business activity]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376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90" w:type="dxa"/>
              <w:bottom w:w="75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Date</w:t>
            </w:r>
          </w:p>
        </w:tc>
        <w:tc>
          <w:tcPr>
            <w:tcW w:type="dxa" w:w="2951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90" w:type="dxa"/>
              <w:bottom w:w="75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Location</w:t>
            </w:r>
          </w:p>
        </w:tc>
        <w:tc>
          <w:tcPr>
            <w:tcW w:type="dxa" w:w="4824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90" w:type="dxa"/>
              <w:bottom w:w="75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Planned Business Activity</w:t>
            </w:r>
          </w:p>
        </w:tc>
      </w:tr>
      <w:tr>
        <w:trPr>
          <w:cantSplit w:val="true"/>
        </w:trPr>
        <w:tc>
          <w:tcPr>
            <w:tcW w:type="dxa" w:w="237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[Month Day Year]</w:t>
            </w:r>
          </w:p>
        </w:tc>
        <w:tc>
          <w:tcPr>
            <w:tcW w:type="dxa" w:w="2951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[City State]</w:t>
            </w:r>
          </w:p>
        </w:tc>
        <w:tc>
          <w:tcPr>
            <w:tcW w:type="dxa" w:w="482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[Meeting conference consultation or negotiation]</w:t>
            </w:r>
          </w:p>
        </w:tc>
      </w:tr>
      <w:tr>
        <w:trPr>
          <w:cantSplit w:val="true"/>
        </w:trPr>
        <w:tc>
          <w:tcPr>
            <w:tcW w:type="dxa" w:w="237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[Month Day Year]</w:t>
            </w:r>
          </w:p>
        </w:tc>
        <w:tc>
          <w:tcPr>
            <w:tcW w:type="dxa" w:w="2951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[City State]</w:t>
            </w:r>
          </w:p>
        </w:tc>
        <w:tc>
          <w:tcPr>
            <w:tcW w:type="dxa" w:w="482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  <w:shd w:fill="F7F7F7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[Meeting conference consultation or negotiation]</w:t>
            </w:r>
          </w:p>
        </w:tc>
      </w:tr>
      <w:tr>
        <w:trPr>
          <w:cantSplit w:val="true"/>
        </w:trPr>
        <w:tc>
          <w:tcPr>
            <w:tcW w:type="dxa" w:w="237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[Month Day Year]</w:t>
            </w:r>
          </w:p>
        </w:tc>
        <w:tc>
          <w:tcPr>
            <w:tcW w:type="dxa" w:w="2951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[City State]</w:t>
            </w:r>
          </w:p>
        </w:tc>
        <w:tc>
          <w:tcPr>
            <w:tcW w:type="dxa" w:w="482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90" w:type="dxa"/>
              <w:bottom w:w="72" w:type="dxa"/>
              <w:end w:w="90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[Meeting conference consultation or negotiation]</w:t>
            </w:r>
          </w:p>
        </w:tc>
      </w:tr>
    </w:tbl>
    <w:p>
      <w:pPr>
        <w:spacing w:before="0" w:after="40" w:line="300" w:lineRule="auto"/>
        <w:jc w:val="left"/>
      </w:pPr>
    </w:p>
    <w:p>
      <w:pPr>
        <w:spacing w:before="0" w:after="120" w:line="293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Expenses for </w:t>
      </w:r>
      <w:r>
        <w:rPr>
          <w:rFonts w:ascii="Arial" w:hAnsi="Arial" w:eastAsia="Noto Sans CJK SC"/>
          <w:b w:val="0"/>
          <w:i/>
          <w:color w:val="676D73"/>
          <w:sz w:val="20"/>
        </w:rPr>
        <w:t>[round trip transportation accommodation meals travel insurance and other approved items]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will be paid by </w:t>
      </w:r>
      <w:r>
        <w:rPr>
          <w:rFonts w:ascii="Arial" w:hAnsi="Arial" w:eastAsia="Noto Sans CJK SC"/>
          <w:b w:val="0"/>
          <w:i/>
          <w:color w:val="676D73"/>
          <w:sz w:val="20"/>
        </w:rPr>
        <w:t>[U.S. Host Organization Foreign Employer or Applicant]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. </w:t>
      </w:r>
      <w:r>
        <w:rPr>
          <w:rFonts w:ascii="Arial" w:hAnsi="Arial" w:eastAsia="Noto Sans CJK SC"/>
          <w:b w:val="0"/>
          <w:i/>
          <w:color w:val="676D73"/>
          <w:sz w:val="20"/>
        </w:rPr>
        <w:t>[If applicable describe hotel or local transportation arrangements.]</w:t>
      </w:r>
    </w:p>
    <w:p>
      <w:pPr>
        <w:spacing w:before="0" w:after="120" w:line="293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The visit is temporary and is limited to the business activities described above. </w:t>
      </w:r>
      <w:r>
        <w:rPr>
          <w:rFonts w:ascii="Arial" w:hAnsi="Arial" w:eastAsia="Noto Sans CJK SC"/>
          <w:b w:val="0"/>
          <w:i/>
          <w:color w:val="676D73"/>
          <w:sz w:val="20"/>
        </w:rPr>
        <w:t>[Applicant Surname]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will not take employment in the United States or receive salary from a U.S. source for these activities. </w:t>
      </w:r>
      <w:r>
        <w:rPr>
          <w:rFonts w:ascii="Arial" w:hAnsi="Arial" w:eastAsia="Noto Sans CJK SC"/>
          <w:b w:val="0"/>
          <w:i/>
          <w:color w:val="676D73"/>
          <w:sz w:val="20"/>
        </w:rPr>
        <w:t>[If applicable the host may reimburse actual reasonable expenses related to the visit.]</w:t>
      </w:r>
    </w:p>
    <w:p>
      <w:pPr>
        <w:spacing w:before="0" w:after="14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Please contact me if additional information about this invitation or the planned visit is required.</w:t>
      </w:r>
    </w:p>
    <w:p>
      <w:pPr>
        <w:spacing w:before="0" w:after="26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Sincerely,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[Handwritten or Verifiable Electronic Signature]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[Name of Authorized Representative]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[Job Title]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[U.S. Host Organization]</w:t>
      </w:r>
    </w:p>
    <w:p>
      <w:pPr>
        <w:spacing w:before="0" w:after="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[Direct Telephone and Business Email]</w:t>
      </w:r>
    </w:p>
    <w:sectPr w:rsidR="00FC693F" w:rsidRPr="0006063C" w:rsidSect="00034616">
      <w:pgSz w:w="12240" w:h="15840"/>
      <w:pgMar w:top="864" w:right="1037" w:bottom="864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美国商务签证邀请函模板</dc:title>
  <dc:subject>美国B1短期商务访问英文邀请函可编辑模板</dc:subject>
  <dc:creator>签界</dc:creator>
  <cp:keywords>美国商务签证邀请函模板,美国签证邀请函英文版,美国B1签证材料,美国商务签证材料模板</cp:keywords>
  <dc:description>签界 usa.360qianjie.com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