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  <w:spacing w:before="100" w:after="80"/>
        <w:jc w:val="center"/>
      </w:pPr>
      <w:r>
        <w:rPr>
          <w:rFonts w:ascii="Arial" w:hAnsi="Arial" w:eastAsia="Noto Sans CJK SC"/>
          <w:b/>
          <w:i w:val="0"/>
          <w:color w:val="000000"/>
          <w:sz w:val="40"/>
        </w:rPr>
        <w:t>美国商务签证派遣函模板</w:t>
      </w:r>
    </w:p>
    <w:p>
      <w:pPr>
        <w:keepNext w:val="0"/>
        <w:spacing w:before="0" w:after="60" w:line="300" w:lineRule="auto"/>
        <w:jc w:val="center"/>
      </w:pPr>
      <w:r>
        <w:rPr>
          <w:rFonts w:ascii="Arial" w:hAnsi="Arial" w:eastAsia="Noto Sans CJK SC"/>
          <w:b/>
          <w:i w:val="0"/>
          <w:color w:val="000000"/>
          <w:sz w:val="23"/>
        </w:rPr>
        <w:t>B1商务访问在职及出差说明英文版</w:t>
      </w:r>
    </w:p>
    <w:p>
      <w:pPr>
        <w:keepNext w:val="0"/>
        <w:spacing w:before="0" w:after="200" w:line="300" w:lineRule="auto"/>
        <w:jc w:val="center"/>
      </w:pPr>
      <w:r>
        <w:rPr>
          <w:rFonts w:ascii="Arial" w:hAnsi="Arial" w:eastAsia="Noto Sans CJK SC"/>
          <w:b w:val="0"/>
          <w:i w:val="0"/>
          <w:color w:val="676D73"/>
          <w:sz w:val="18"/>
        </w:rPr>
        <w:t>签界  2026年9月更新  可编辑Word版</w:t>
      </w:r>
    </w:p>
    <w:p>
      <w:pPr>
        <w:keepNext w:val="0"/>
        <w:spacing w:before="0" w:after="120" w:line="324" w:lineRule="auto"/>
        <w:jc w:val="left"/>
      </w:pPr>
      <w:r>
        <w:rPr>
          <w:rFonts w:ascii="Arial" w:hAnsi="Arial" w:eastAsia="Noto Sans CJK SC"/>
          <w:b w:val="0"/>
          <w:i w:val="0"/>
          <w:color w:val="232323"/>
          <w:sz w:val="20"/>
        </w:rPr>
        <w:t>本模板供中国境内企业为赴美短期商务访问员工整理英文派遣函。派遣函可用于说明申请人的任职情况、赴美目的、停留时间和费用来源，但不是所有B1或B1/B2申请人的统一必交材料。是否携带或提交，以申请地美国使领馆指引和领事官要求为准。</w:t>
      </w:r>
    </w:p>
    <w:p>
      <w:pPr>
        <w:keepNext w:val="0"/>
        <w:spacing w:before="0" w:after="80" w:line="324" w:lineRule="auto"/>
        <w:jc w:val="left"/>
      </w:pPr>
      <w:r>
        <w:rPr>
          <w:rFonts w:ascii="Arial" w:hAnsi="Arial" w:eastAsia="Noto Sans CJK SC"/>
          <w:b w:val="0"/>
          <w:i w:val="0"/>
          <w:color w:val="232323"/>
          <w:sz w:val="20"/>
        </w:rPr>
        <w:t>B1适用于会议、商务磋商、专业或行业会议、合同谈判等临时商务活动，不适用于在美国受雇或从事普通生产性工作。派遣函所写活动必须与DS-160、美国邀请材料和实际行程一致。</w:t>
      </w:r>
    </w:p>
    <w:p>
      <w:pPr>
        <w:pStyle w:val="Heading1"/>
        <w:keepNext/>
        <w:spacing w:before="200" w:after="100"/>
      </w:pPr>
      <w:r>
        <w:rPr>
          <w:rFonts w:ascii="Arial" w:hAnsi="Arial" w:eastAsia="Noto Sans CJK SC"/>
          <w:b/>
          <w:i w:val="0"/>
          <w:color w:val="000000"/>
          <w:sz w:val="27"/>
        </w:rPr>
        <w:t>使用方法</w:t>
      </w:r>
    </w:p>
    <w:p>
      <w:pPr>
        <w:pStyle w:val="ListBullet"/>
        <w:keepNext w:val="0"/>
        <w:keepLines w:val="0"/>
        <w:spacing w:after="60" w:line="293" w:lineRule="auto"/>
        <w:ind w:left="331" w:hanging="187"/>
      </w:pPr>
      <w:r>
        <w:rPr>
          <w:rFonts w:ascii="Arial" w:hAnsi="Arial" w:eastAsia="Noto Sans CJK SC"/>
          <w:b w:val="0"/>
          <w:i w:val="0"/>
          <w:color w:val="232323"/>
          <w:sz w:val="20"/>
        </w:rPr>
        <w:t>优先使用公司的正式英文抬头信纸；没有英文抬头时，可在模板顶部填写公司英文名称、地址、电话和邮箱。</w:t>
      </w:r>
    </w:p>
    <w:p>
      <w:pPr>
        <w:pStyle w:val="ListBullet"/>
        <w:keepNext w:val="0"/>
        <w:keepLines w:val="0"/>
        <w:spacing w:after="60" w:line="293" w:lineRule="auto"/>
        <w:ind w:left="331" w:hanging="187"/>
      </w:pPr>
      <w:r>
        <w:rPr>
          <w:rFonts w:ascii="Arial" w:hAnsi="Arial" w:eastAsia="Noto Sans CJK SC"/>
          <w:b w:val="0"/>
          <w:i w:val="0"/>
          <w:color w:val="232323"/>
          <w:sz w:val="20"/>
        </w:rPr>
        <w:t>将第二页所有方括号占位文字替换为真实信息，并删除不适用的可选段落。</w:t>
      </w:r>
    </w:p>
    <w:p>
      <w:pPr>
        <w:pStyle w:val="ListBullet"/>
        <w:keepNext w:val="0"/>
        <w:keepLines w:val="0"/>
        <w:spacing w:after="60" w:line="293" w:lineRule="auto"/>
        <w:ind w:left="331" w:hanging="187"/>
      </w:pPr>
      <w:r>
        <w:rPr>
          <w:rFonts w:ascii="Arial" w:hAnsi="Arial" w:eastAsia="Noto Sans CJK SC"/>
          <w:b w:val="0"/>
          <w:i w:val="0"/>
          <w:color w:val="232323"/>
          <w:sz w:val="20"/>
        </w:rPr>
        <w:t>由了解出差安排的负责人或人力资源人员签名。是否加盖公司印章，以单位内部规则及具体材料要求为准。</w:t>
      </w:r>
    </w:p>
    <w:p>
      <w:pPr>
        <w:pStyle w:val="ListBullet"/>
        <w:keepNext w:val="0"/>
        <w:keepLines w:val="0"/>
        <w:spacing w:after="60" w:line="293" w:lineRule="auto"/>
        <w:ind w:left="331" w:hanging="187"/>
      </w:pPr>
      <w:r>
        <w:rPr>
          <w:rFonts w:ascii="Arial" w:hAnsi="Arial" w:eastAsia="Noto Sans CJK SC"/>
          <w:b w:val="0"/>
          <w:i w:val="0"/>
          <w:color w:val="232323"/>
          <w:sz w:val="20"/>
        </w:rPr>
        <w:t>不要写成赴美就业证明，也不要使用“在美国工作”“赴美任职”等与B1临时商务访问不符的表述。</w:t>
      </w:r>
    </w:p>
    <w:p>
      <w:pPr>
        <w:pStyle w:val="Heading1"/>
        <w:keepNext/>
        <w:spacing w:before="200" w:after="100"/>
      </w:pPr>
      <w:r>
        <w:rPr>
          <w:rFonts w:ascii="Arial" w:hAnsi="Arial" w:eastAsia="Noto Sans CJK SC"/>
          <w:b/>
          <w:i w:val="0"/>
          <w:color w:val="000000"/>
          <w:sz w:val="27"/>
        </w:rPr>
        <w:t>填写信息清单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3389"/>
        <w:gridCol w:w="3389"/>
        <w:gridCol w:w="3389"/>
      </w:tblGrid>
      <w:tr>
        <w:trPr>
          <w:tblHeader w:val="true"/>
        </w:trPr>
        <w:tc>
          <w:tcPr>
            <w:tcW w:type="dxa" w:w="2304"/>
            <w:shd w:fill="245B78"/>
            <w:tcBorders>
              <w:top w:val="single" w:sz="5" w:space="0" w:color="D9D9D9"/>
              <w:left w:val="single" w:sz="5" w:space="0" w:color="D9D9D9"/>
              <w:bottom w:val="single" w:sz="5" w:space="0" w:color="D9D9D9"/>
              <w:right w:val="single" w:sz="5" w:space="0" w:color="D9D9D9"/>
              <w:insideH w:val="single" w:sz="5" w:space="0" w:color="D9D9D9"/>
              <w:insideV w:val="single" w:sz="5" w:space="0" w:color="D9D9D9"/>
            </w:tcBorders>
            <w:tcMar>
              <w:top w:w="105" w:type="dxa"/>
              <w:start w:w="105" w:type="dxa"/>
              <w:bottom w:w="105" w:type="dxa"/>
              <w:end w:w="105" w:type="dxa"/>
            </w:tcMar>
            <w:vAlign w:val="center"/>
          </w:tcPr>
          <w:p>
            <w:pPr>
              <w:spacing w:after="0"/>
              <w:jc w:val="center"/>
            </w:pPr>
            <w:r>
              <w:rPr>
                <w:rFonts w:ascii="Arial" w:hAnsi="Arial" w:eastAsia="Noto Sans CJK SC"/>
                <w:b/>
                <w:i w:val="0"/>
                <w:color w:val="FFFFFF"/>
                <w:sz w:val="18"/>
              </w:rPr>
              <w:t>信息项目</w:t>
            </w:r>
          </w:p>
        </w:tc>
        <w:tc>
          <w:tcPr>
            <w:tcW w:type="dxa" w:w="5040"/>
            <w:shd w:fill="245B78"/>
            <w:tcBorders>
              <w:top w:val="single" w:sz="5" w:space="0" w:color="D9D9D9"/>
              <w:left w:val="single" w:sz="5" w:space="0" w:color="D9D9D9"/>
              <w:bottom w:val="single" w:sz="5" w:space="0" w:color="D9D9D9"/>
              <w:right w:val="single" w:sz="5" w:space="0" w:color="D9D9D9"/>
              <w:insideH w:val="single" w:sz="5" w:space="0" w:color="D9D9D9"/>
              <w:insideV w:val="single" w:sz="5" w:space="0" w:color="D9D9D9"/>
            </w:tcBorders>
            <w:tcMar>
              <w:top w:w="105" w:type="dxa"/>
              <w:start w:w="105" w:type="dxa"/>
              <w:bottom w:w="105" w:type="dxa"/>
              <w:end w:w="105" w:type="dxa"/>
            </w:tcMar>
            <w:vAlign w:val="center"/>
          </w:tcPr>
          <w:p>
            <w:pPr>
              <w:spacing w:after="0"/>
              <w:jc w:val="center"/>
            </w:pPr>
            <w:r>
              <w:rPr>
                <w:rFonts w:ascii="Arial" w:hAnsi="Arial" w:eastAsia="Noto Sans CJK SC"/>
                <w:b/>
                <w:i w:val="0"/>
                <w:color w:val="FFFFFF"/>
                <w:sz w:val="18"/>
              </w:rPr>
              <w:t>填写内容</w:t>
            </w:r>
          </w:p>
        </w:tc>
        <w:tc>
          <w:tcPr>
            <w:tcW w:type="dxa" w:w="2808"/>
            <w:shd w:fill="245B78"/>
            <w:tcBorders>
              <w:top w:val="single" w:sz="5" w:space="0" w:color="D9D9D9"/>
              <w:left w:val="single" w:sz="5" w:space="0" w:color="D9D9D9"/>
              <w:bottom w:val="single" w:sz="5" w:space="0" w:color="D9D9D9"/>
              <w:right w:val="single" w:sz="5" w:space="0" w:color="D9D9D9"/>
              <w:insideH w:val="single" w:sz="5" w:space="0" w:color="D9D9D9"/>
              <w:insideV w:val="single" w:sz="5" w:space="0" w:color="D9D9D9"/>
            </w:tcBorders>
            <w:tcMar>
              <w:top w:w="105" w:type="dxa"/>
              <w:start w:w="105" w:type="dxa"/>
              <w:bottom w:w="105" w:type="dxa"/>
              <w:end w:w="105" w:type="dxa"/>
            </w:tcMar>
            <w:vAlign w:val="center"/>
          </w:tcPr>
          <w:p>
            <w:pPr>
              <w:spacing w:after="0"/>
              <w:jc w:val="center"/>
            </w:pPr>
            <w:r>
              <w:rPr>
                <w:rFonts w:ascii="Arial" w:hAnsi="Arial" w:eastAsia="Noto Sans CJK SC"/>
                <w:b/>
                <w:i w:val="0"/>
                <w:color w:val="FFFFFF"/>
                <w:sz w:val="18"/>
              </w:rPr>
              <w:t>核对重点</w:t>
            </w:r>
          </w:p>
        </w:tc>
      </w:tr>
      <w:tr>
        <w:trPr>
          <w:cantSplit w:val="true"/>
        </w:trPr>
        <w:tc>
          <w:tcPr>
            <w:tcW w:type="dxa" w:w="2304"/>
            <w:tcBorders>
              <w:top w:val="single" w:sz="5" w:space="0" w:color="D9D9D9"/>
              <w:left w:val="single" w:sz="5" w:space="0" w:color="D9D9D9"/>
              <w:bottom w:val="single" w:sz="5" w:space="0" w:color="D9D9D9"/>
              <w:right w:val="single" w:sz="5" w:space="0" w:color="D9D9D9"/>
              <w:insideH w:val="single" w:sz="5" w:space="0" w:color="D9D9D9"/>
              <w:insideV w:val="single" w:sz="5" w:space="0" w:color="D9D9D9"/>
            </w:tcBorders>
            <w:tcMar>
              <w:top w:w="95" w:type="dxa"/>
              <w:start w:w="105" w:type="dxa"/>
              <w:bottom w:w="95" w:type="dxa"/>
              <w:end w:w="105" w:type="dxa"/>
            </w:tcMar>
            <w:vAlign w:val="center"/>
          </w:tcPr>
          <w:p>
            <w:pPr>
              <w:spacing w:after="0" w:line="269" w:lineRule="auto"/>
              <w:jc w:val="center"/>
            </w:pPr>
            <w:r>
              <w:rPr>
                <w:rFonts w:ascii="Arial" w:hAnsi="Arial" w:eastAsia="Noto Sans CJK SC"/>
                <w:b/>
                <w:i w:val="0"/>
                <w:color w:val="232323"/>
                <w:sz w:val="18"/>
              </w:rPr>
              <w:t>申请人信息</w:t>
            </w:r>
          </w:p>
        </w:tc>
        <w:tc>
          <w:tcPr>
            <w:tcW w:type="dxa" w:w="5040"/>
            <w:tcBorders>
              <w:top w:val="single" w:sz="5" w:space="0" w:color="D9D9D9"/>
              <w:left w:val="single" w:sz="5" w:space="0" w:color="D9D9D9"/>
              <w:bottom w:val="single" w:sz="5" w:space="0" w:color="D9D9D9"/>
              <w:right w:val="single" w:sz="5" w:space="0" w:color="D9D9D9"/>
              <w:insideH w:val="single" w:sz="5" w:space="0" w:color="D9D9D9"/>
              <w:insideV w:val="single" w:sz="5" w:space="0" w:color="D9D9D9"/>
            </w:tcBorders>
            <w:tcMar>
              <w:top w:w="95" w:type="dxa"/>
              <w:start w:w="105" w:type="dxa"/>
              <w:bottom w:w="95" w:type="dxa"/>
              <w:end w:w="105" w:type="dxa"/>
            </w:tcMar>
            <w:vAlign w:val="center"/>
          </w:tcPr>
          <w:p>
            <w:pPr>
              <w:spacing w:after="0" w:line="269" w:lineRule="auto"/>
              <w:jc w:val="left"/>
            </w:pPr>
            <w:r>
              <w:rPr>
                <w:rFonts w:ascii="Arial" w:hAnsi="Arial" w:eastAsia="Noto Sans CJK SC"/>
                <w:b w:val="0"/>
                <w:i w:val="0"/>
                <w:color w:val="676D73"/>
                <w:sz w:val="18"/>
              </w:rPr>
              <w:t>英文姓名、护照号码、出生日期</w:t>
            </w:r>
          </w:p>
        </w:tc>
        <w:tc>
          <w:tcPr>
            <w:tcW w:type="dxa" w:w="2808"/>
            <w:tcBorders>
              <w:top w:val="single" w:sz="5" w:space="0" w:color="D9D9D9"/>
              <w:left w:val="single" w:sz="5" w:space="0" w:color="D9D9D9"/>
              <w:bottom w:val="single" w:sz="5" w:space="0" w:color="D9D9D9"/>
              <w:right w:val="single" w:sz="5" w:space="0" w:color="D9D9D9"/>
              <w:insideH w:val="single" w:sz="5" w:space="0" w:color="D9D9D9"/>
              <w:insideV w:val="single" w:sz="5" w:space="0" w:color="D9D9D9"/>
            </w:tcBorders>
            <w:tcMar>
              <w:top w:w="95" w:type="dxa"/>
              <w:start w:w="105" w:type="dxa"/>
              <w:bottom w:w="95" w:type="dxa"/>
              <w:end w:w="105" w:type="dxa"/>
            </w:tcMar>
            <w:vAlign w:val="center"/>
          </w:tcPr>
          <w:p>
            <w:pPr>
              <w:spacing w:after="0" w:line="269" w:lineRule="auto"/>
              <w:jc w:val="left"/>
            </w:pPr>
            <w:r>
              <w:rPr>
                <w:rFonts w:ascii="Arial" w:hAnsi="Arial" w:eastAsia="Noto Sans CJK SC"/>
                <w:b w:val="0"/>
                <w:i w:val="0"/>
                <w:color w:val="232323"/>
                <w:sz w:val="18"/>
              </w:rPr>
              <w:t>与护照和DS-160一致</w:t>
            </w:r>
          </w:p>
        </w:tc>
      </w:tr>
      <w:tr>
        <w:trPr>
          <w:cantSplit w:val="true"/>
        </w:trPr>
        <w:tc>
          <w:tcPr>
            <w:tcW w:type="dxa" w:w="2304"/>
            <w:tcBorders>
              <w:top w:val="single" w:sz="5" w:space="0" w:color="D9D9D9"/>
              <w:left w:val="single" w:sz="5" w:space="0" w:color="D9D9D9"/>
              <w:bottom w:val="single" w:sz="5" w:space="0" w:color="D9D9D9"/>
              <w:right w:val="single" w:sz="5" w:space="0" w:color="D9D9D9"/>
              <w:insideH w:val="single" w:sz="5" w:space="0" w:color="D9D9D9"/>
              <w:insideV w:val="single" w:sz="5" w:space="0" w:color="D9D9D9"/>
            </w:tcBorders>
            <w:tcMar>
              <w:top w:w="95" w:type="dxa"/>
              <w:start w:w="105" w:type="dxa"/>
              <w:bottom w:w="95" w:type="dxa"/>
              <w:end w:w="105" w:type="dxa"/>
            </w:tcMar>
            <w:vAlign w:val="center"/>
            <w:shd w:fill="F7F7F7"/>
          </w:tcPr>
          <w:p>
            <w:pPr>
              <w:spacing w:after="0" w:line="269" w:lineRule="auto"/>
              <w:jc w:val="center"/>
            </w:pPr>
            <w:r>
              <w:rPr>
                <w:rFonts w:ascii="Arial" w:hAnsi="Arial" w:eastAsia="Noto Sans CJK SC"/>
                <w:b/>
                <w:i w:val="0"/>
                <w:color w:val="232323"/>
                <w:sz w:val="18"/>
              </w:rPr>
              <w:t>任职信息</w:t>
            </w:r>
          </w:p>
        </w:tc>
        <w:tc>
          <w:tcPr>
            <w:tcW w:type="dxa" w:w="5040"/>
            <w:tcBorders>
              <w:top w:val="single" w:sz="5" w:space="0" w:color="D9D9D9"/>
              <w:left w:val="single" w:sz="5" w:space="0" w:color="D9D9D9"/>
              <w:bottom w:val="single" w:sz="5" w:space="0" w:color="D9D9D9"/>
              <w:right w:val="single" w:sz="5" w:space="0" w:color="D9D9D9"/>
              <w:insideH w:val="single" w:sz="5" w:space="0" w:color="D9D9D9"/>
              <w:insideV w:val="single" w:sz="5" w:space="0" w:color="D9D9D9"/>
            </w:tcBorders>
            <w:tcMar>
              <w:top w:w="95" w:type="dxa"/>
              <w:start w:w="105" w:type="dxa"/>
              <w:bottom w:w="95" w:type="dxa"/>
              <w:end w:w="105" w:type="dxa"/>
            </w:tcMar>
            <w:vAlign w:val="center"/>
            <w:shd w:fill="F7F7F7"/>
          </w:tcPr>
          <w:p>
            <w:pPr>
              <w:spacing w:after="0" w:line="269" w:lineRule="auto"/>
              <w:jc w:val="left"/>
            </w:pPr>
            <w:r>
              <w:rPr>
                <w:rFonts w:ascii="Arial" w:hAnsi="Arial" w:eastAsia="Noto Sans CJK SC"/>
                <w:b w:val="0"/>
                <w:i w:val="0"/>
                <w:color w:val="676D73"/>
                <w:sz w:val="18"/>
              </w:rPr>
              <w:t>职位、部门、入职日期、月薪或年薪</w:t>
            </w:r>
          </w:p>
        </w:tc>
        <w:tc>
          <w:tcPr>
            <w:tcW w:type="dxa" w:w="2808"/>
            <w:tcBorders>
              <w:top w:val="single" w:sz="5" w:space="0" w:color="D9D9D9"/>
              <w:left w:val="single" w:sz="5" w:space="0" w:color="D9D9D9"/>
              <w:bottom w:val="single" w:sz="5" w:space="0" w:color="D9D9D9"/>
              <w:right w:val="single" w:sz="5" w:space="0" w:color="D9D9D9"/>
              <w:insideH w:val="single" w:sz="5" w:space="0" w:color="D9D9D9"/>
              <w:insideV w:val="single" w:sz="5" w:space="0" w:color="D9D9D9"/>
            </w:tcBorders>
            <w:tcMar>
              <w:top w:w="95" w:type="dxa"/>
              <w:start w:w="105" w:type="dxa"/>
              <w:bottom w:w="95" w:type="dxa"/>
              <w:end w:w="105" w:type="dxa"/>
            </w:tcMar>
            <w:vAlign w:val="center"/>
            <w:shd w:fill="F7F7F7"/>
          </w:tcPr>
          <w:p>
            <w:pPr>
              <w:spacing w:after="0" w:line="269" w:lineRule="auto"/>
              <w:jc w:val="left"/>
            </w:pPr>
            <w:r>
              <w:rPr>
                <w:rFonts w:ascii="Arial" w:hAnsi="Arial" w:eastAsia="Noto Sans CJK SC"/>
                <w:b w:val="0"/>
                <w:i w:val="0"/>
                <w:color w:val="232323"/>
                <w:sz w:val="18"/>
              </w:rPr>
              <w:t>收入可按实际需要填写</w:t>
            </w:r>
          </w:p>
        </w:tc>
      </w:tr>
      <w:tr>
        <w:trPr>
          <w:cantSplit w:val="true"/>
        </w:trPr>
        <w:tc>
          <w:tcPr>
            <w:tcW w:type="dxa" w:w="2304"/>
            <w:tcBorders>
              <w:top w:val="single" w:sz="5" w:space="0" w:color="D9D9D9"/>
              <w:left w:val="single" w:sz="5" w:space="0" w:color="D9D9D9"/>
              <w:bottom w:val="single" w:sz="5" w:space="0" w:color="D9D9D9"/>
              <w:right w:val="single" w:sz="5" w:space="0" w:color="D9D9D9"/>
              <w:insideH w:val="single" w:sz="5" w:space="0" w:color="D9D9D9"/>
              <w:insideV w:val="single" w:sz="5" w:space="0" w:color="D9D9D9"/>
            </w:tcBorders>
            <w:tcMar>
              <w:top w:w="95" w:type="dxa"/>
              <w:start w:w="105" w:type="dxa"/>
              <w:bottom w:w="95" w:type="dxa"/>
              <w:end w:w="105" w:type="dxa"/>
            </w:tcMar>
            <w:vAlign w:val="center"/>
          </w:tcPr>
          <w:p>
            <w:pPr>
              <w:spacing w:after="0" w:line="269" w:lineRule="auto"/>
              <w:jc w:val="center"/>
            </w:pPr>
            <w:r>
              <w:rPr>
                <w:rFonts w:ascii="Arial" w:hAnsi="Arial" w:eastAsia="Noto Sans CJK SC"/>
                <w:b/>
                <w:i w:val="0"/>
                <w:color w:val="232323"/>
                <w:sz w:val="18"/>
              </w:rPr>
              <w:t>赴美目的</w:t>
            </w:r>
          </w:p>
        </w:tc>
        <w:tc>
          <w:tcPr>
            <w:tcW w:type="dxa" w:w="5040"/>
            <w:tcBorders>
              <w:top w:val="single" w:sz="5" w:space="0" w:color="D9D9D9"/>
              <w:left w:val="single" w:sz="5" w:space="0" w:color="D9D9D9"/>
              <w:bottom w:val="single" w:sz="5" w:space="0" w:color="D9D9D9"/>
              <w:right w:val="single" w:sz="5" w:space="0" w:color="D9D9D9"/>
              <w:insideH w:val="single" w:sz="5" w:space="0" w:color="D9D9D9"/>
              <w:insideV w:val="single" w:sz="5" w:space="0" w:color="D9D9D9"/>
            </w:tcBorders>
            <w:tcMar>
              <w:top w:w="95" w:type="dxa"/>
              <w:start w:w="105" w:type="dxa"/>
              <w:bottom w:w="95" w:type="dxa"/>
              <w:end w:w="105" w:type="dxa"/>
            </w:tcMar>
            <w:vAlign w:val="center"/>
          </w:tcPr>
          <w:p>
            <w:pPr>
              <w:spacing w:after="0" w:line="269" w:lineRule="auto"/>
              <w:jc w:val="left"/>
            </w:pPr>
            <w:r>
              <w:rPr>
                <w:rFonts w:ascii="Arial" w:hAnsi="Arial" w:eastAsia="Noto Sans CJK SC"/>
                <w:b w:val="0"/>
                <w:i w:val="0"/>
                <w:color w:val="676D73"/>
                <w:sz w:val="18"/>
              </w:rPr>
              <w:t>会议、磋商、参会或合同谈判</w:t>
            </w:r>
          </w:p>
        </w:tc>
        <w:tc>
          <w:tcPr>
            <w:tcW w:type="dxa" w:w="2808"/>
            <w:tcBorders>
              <w:top w:val="single" w:sz="5" w:space="0" w:color="D9D9D9"/>
              <w:left w:val="single" w:sz="5" w:space="0" w:color="D9D9D9"/>
              <w:bottom w:val="single" w:sz="5" w:space="0" w:color="D9D9D9"/>
              <w:right w:val="single" w:sz="5" w:space="0" w:color="D9D9D9"/>
              <w:insideH w:val="single" w:sz="5" w:space="0" w:color="D9D9D9"/>
              <w:insideV w:val="single" w:sz="5" w:space="0" w:color="D9D9D9"/>
            </w:tcBorders>
            <w:tcMar>
              <w:top w:w="95" w:type="dxa"/>
              <w:start w:w="105" w:type="dxa"/>
              <w:bottom w:w="95" w:type="dxa"/>
              <w:end w:w="105" w:type="dxa"/>
            </w:tcMar>
            <w:vAlign w:val="center"/>
          </w:tcPr>
          <w:p>
            <w:pPr>
              <w:spacing w:after="0" w:line="269" w:lineRule="auto"/>
              <w:jc w:val="left"/>
            </w:pPr>
            <w:r>
              <w:rPr>
                <w:rFonts w:ascii="Arial" w:hAnsi="Arial" w:eastAsia="Noto Sans CJK SC"/>
                <w:b w:val="0"/>
                <w:i w:val="0"/>
                <w:color w:val="232323"/>
                <w:sz w:val="18"/>
              </w:rPr>
              <w:t>写明具体事项</w:t>
            </w:r>
          </w:p>
        </w:tc>
      </w:tr>
      <w:tr>
        <w:trPr>
          <w:cantSplit w:val="true"/>
        </w:trPr>
        <w:tc>
          <w:tcPr>
            <w:tcW w:type="dxa" w:w="2304"/>
            <w:tcBorders>
              <w:top w:val="single" w:sz="5" w:space="0" w:color="D9D9D9"/>
              <w:left w:val="single" w:sz="5" w:space="0" w:color="D9D9D9"/>
              <w:bottom w:val="single" w:sz="5" w:space="0" w:color="D9D9D9"/>
              <w:right w:val="single" w:sz="5" w:space="0" w:color="D9D9D9"/>
              <w:insideH w:val="single" w:sz="5" w:space="0" w:color="D9D9D9"/>
              <w:insideV w:val="single" w:sz="5" w:space="0" w:color="D9D9D9"/>
            </w:tcBorders>
            <w:tcMar>
              <w:top w:w="95" w:type="dxa"/>
              <w:start w:w="105" w:type="dxa"/>
              <w:bottom w:w="95" w:type="dxa"/>
              <w:end w:w="105" w:type="dxa"/>
            </w:tcMar>
            <w:vAlign w:val="center"/>
            <w:shd w:fill="F7F7F7"/>
          </w:tcPr>
          <w:p>
            <w:pPr>
              <w:spacing w:after="0" w:line="269" w:lineRule="auto"/>
              <w:jc w:val="center"/>
            </w:pPr>
            <w:r>
              <w:rPr>
                <w:rFonts w:ascii="Arial" w:hAnsi="Arial" w:eastAsia="Noto Sans CJK SC"/>
                <w:b/>
                <w:i w:val="0"/>
                <w:color w:val="232323"/>
                <w:sz w:val="18"/>
              </w:rPr>
              <w:t>出行时间</w:t>
            </w:r>
          </w:p>
        </w:tc>
        <w:tc>
          <w:tcPr>
            <w:tcW w:type="dxa" w:w="5040"/>
            <w:tcBorders>
              <w:top w:val="single" w:sz="5" w:space="0" w:color="D9D9D9"/>
              <w:left w:val="single" w:sz="5" w:space="0" w:color="D9D9D9"/>
              <w:bottom w:val="single" w:sz="5" w:space="0" w:color="D9D9D9"/>
              <w:right w:val="single" w:sz="5" w:space="0" w:color="D9D9D9"/>
              <w:insideH w:val="single" w:sz="5" w:space="0" w:color="D9D9D9"/>
              <w:insideV w:val="single" w:sz="5" w:space="0" w:color="D9D9D9"/>
            </w:tcBorders>
            <w:tcMar>
              <w:top w:w="95" w:type="dxa"/>
              <w:start w:w="105" w:type="dxa"/>
              <w:bottom w:w="95" w:type="dxa"/>
              <w:end w:w="105" w:type="dxa"/>
            </w:tcMar>
            <w:vAlign w:val="center"/>
            <w:shd w:fill="F7F7F7"/>
          </w:tcPr>
          <w:p>
            <w:pPr>
              <w:spacing w:after="0" w:line="269" w:lineRule="auto"/>
              <w:jc w:val="left"/>
            </w:pPr>
            <w:r>
              <w:rPr>
                <w:rFonts w:ascii="Arial" w:hAnsi="Arial" w:eastAsia="Noto Sans CJK SC"/>
                <w:b w:val="0"/>
                <w:i w:val="0"/>
                <w:color w:val="676D73"/>
                <w:sz w:val="18"/>
              </w:rPr>
              <w:t>计划入境、离境日期及停留天数</w:t>
            </w:r>
          </w:p>
        </w:tc>
        <w:tc>
          <w:tcPr>
            <w:tcW w:type="dxa" w:w="2808"/>
            <w:tcBorders>
              <w:top w:val="single" w:sz="5" w:space="0" w:color="D9D9D9"/>
              <w:left w:val="single" w:sz="5" w:space="0" w:color="D9D9D9"/>
              <w:bottom w:val="single" w:sz="5" w:space="0" w:color="D9D9D9"/>
              <w:right w:val="single" w:sz="5" w:space="0" w:color="D9D9D9"/>
              <w:insideH w:val="single" w:sz="5" w:space="0" w:color="D9D9D9"/>
              <w:insideV w:val="single" w:sz="5" w:space="0" w:color="D9D9D9"/>
            </w:tcBorders>
            <w:tcMar>
              <w:top w:w="95" w:type="dxa"/>
              <w:start w:w="105" w:type="dxa"/>
              <w:bottom w:w="95" w:type="dxa"/>
              <w:end w:w="105" w:type="dxa"/>
            </w:tcMar>
            <w:vAlign w:val="center"/>
            <w:shd w:fill="F7F7F7"/>
          </w:tcPr>
          <w:p>
            <w:pPr>
              <w:spacing w:after="0" w:line="269" w:lineRule="auto"/>
              <w:jc w:val="left"/>
            </w:pPr>
            <w:r>
              <w:rPr>
                <w:rFonts w:ascii="Arial" w:hAnsi="Arial" w:eastAsia="Noto Sans CJK SC"/>
                <w:b w:val="0"/>
                <w:i w:val="0"/>
                <w:color w:val="232323"/>
                <w:sz w:val="18"/>
              </w:rPr>
              <w:t>与行程材料一致</w:t>
            </w:r>
          </w:p>
        </w:tc>
      </w:tr>
      <w:tr>
        <w:trPr>
          <w:cantSplit w:val="true"/>
        </w:trPr>
        <w:tc>
          <w:tcPr>
            <w:tcW w:type="dxa" w:w="2304"/>
            <w:tcBorders>
              <w:top w:val="single" w:sz="5" w:space="0" w:color="D9D9D9"/>
              <w:left w:val="single" w:sz="5" w:space="0" w:color="D9D9D9"/>
              <w:bottom w:val="single" w:sz="5" w:space="0" w:color="D9D9D9"/>
              <w:right w:val="single" w:sz="5" w:space="0" w:color="D9D9D9"/>
              <w:insideH w:val="single" w:sz="5" w:space="0" w:color="D9D9D9"/>
              <w:insideV w:val="single" w:sz="5" w:space="0" w:color="D9D9D9"/>
            </w:tcBorders>
            <w:tcMar>
              <w:top w:w="95" w:type="dxa"/>
              <w:start w:w="105" w:type="dxa"/>
              <w:bottom w:w="95" w:type="dxa"/>
              <w:end w:w="105" w:type="dxa"/>
            </w:tcMar>
            <w:vAlign w:val="center"/>
          </w:tcPr>
          <w:p>
            <w:pPr>
              <w:spacing w:after="0" w:line="269" w:lineRule="auto"/>
              <w:jc w:val="center"/>
            </w:pPr>
            <w:r>
              <w:rPr>
                <w:rFonts w:ascii="Arial" w:hAnsi="Arial" w:eastAsia="Noto Sans CJK SC"/>
                <w:b/>
                <w:i w:val="0"/>
                <w:color w:val="232323"/>
                <w:sz w:val="18"/>
              </w:rPr>
              <w:t>美国接待方</w:t>
            </w:r>
          </w:p>
        </w:tc>
        <w:tc>
          <w:tcPr>
            <w:tcW w:type="dxa" w:w="5040"/>
            <w:tcBorders>
              <w:top w:val="single" w:sz="5" w:space="0" w:color="D9D9D9"/>
              <w:left w:val="single" w:sz="5" w:space="0" w:color="D9D9D9"/>
              <w:bottom w:val="single" w:sz="5" w:space="0" w:color="D9D9D9"/>
              <w:right w:val="single" w:sz="5" w:space="0" w:color="D9D9D9"/>
              <w:insideH w:val="single" w:sz="5" w:space="0" w:color="D9D9D9"/>
              <w:insideV w:val="single" w:sz="5" w:space="0" w:color="D9D9D9"/>
            </w:tcBorders>
            <w:tcMar>
              <w:top w:w="95" w:type="dxa"/>
              <w:start w:w="105" w:type="dxa"/>
              <w:bottom w:w="95" w:type="dxa"/>
              <w:end w:w="105" w:type="dxa"/>
            </w:tcMar>
            <w:vAlign w:val="center"/>
          </w:tcPr>
          <w:p>
            <w:pPr>
              <w:spacing w:after="0" w:line="269" w:lineRule="auto"/>
              <w:jc w:val="left"/>
            </w:pPr>
            <w:r>
              <w:rPr>
                <w:rFonts w:ascii="Arial" w:hAnsi="Arial" w:eastAsia="Noto Sans CJK SC"/>
                <w:b w:val="0"/>
                <w:i w:val="0"/>
                <w:color w:val="676D73"/>
                <w:sz w:val="18"/>
              </w:rPr>
              <w:t>单位名称、地址及联系人</w:t>
            </w:r>
          </w:p>
        </w:tc>
        <w:tc>
          <w:tcPr>
            <w:tcW w:type="dxa" w:w="2808"/>
            <w:tcBorders>
              <w:top w:val="single" w:sz="5" w:space="0" w:color="D9D9D9"/>
              <w:left w:val="single" w:sz="5" w:space="0" w:color="D9D9D9"/>
              <w:bottom w:val="single" w:sz="5" w:space="0" w:color="D9D9D9"/>
              <w:right w:val="single" w:sz="5" w:space="0" w:color="D9D9D9"/>
              <w:insideH w:val="single" w:sz="5" w:space="0" w:color="D9D9D9"/>
              <w:insideV w:val="single" w:sz="5" w:space="0" w:color="D9D9D9"/>
            </w:tcBorders>
            <w:tcMar>
              <w:top w:w="95" w:type="dxa"/>
              <w:start w:w="105" w:type="dxa"/>
              <w:bottom w:w="95" w:type="dxa"/>
              <w:end w:w="105" w:type="dxa"/>
            </w:tcMar>
            <w:vAlign w:val="center"/>
          </w:tcPr>
          <w:p>
            <w:pPr>
              <w:spacing w:after="0" w:line="269" w:lineRule="auto"/>
              <w:jc w:val="left"/>
            </w:pPr>
            <w:r>
              <w:rPr>
                <w:rFonts w:ascii="Arial" w:hAnsi="Arial" w:eastAsia="Noto Sans CJK SC"/>
                <w:b w:val="0"/>
                <w:i w:val="0"/>
                <w:color w:val="232323"/>
                <w:sz w:val="18"/>
              </w:rPr>
              <w:t>与邀请材料一致</w:t>
            </w:r>
          </w:p>
        </w:tc>
      </w:tr>
      <w:tr>
        <w:trPr>
          <w:cantSplit w:val="true"/>
        </w:trPr>
        <w:tc>
          <w:tcPr>
            <w:tcW w:type="dxa" w:w="2304"/>
            <w:tcBorders>
              <w:top w:val="single" w:sz="5" w:space="0" w:color="D9D9D9"/>
              <w:left w:val="single" w:sz="5" w:space="0" w:color="D9D9D9"/>
              <w:bottom w:val="single" w:sz="5" w:space="0" w:color="D9D9D9"/>
              <w:right w:val="single" w:sz="5" w:space="0" w:color="D9D9D9"/>
              <w:insideH w:val="single" w:sz="5" w:space="0" w:color="D9D9D9"/>
              <w:insideV w:val="single" w:sz="5" w:space="0" w:color="D9D9D9"/>
            </w:tcBorders>
            <w:tcMar>
              <w:top w:w="95" w:type="dxa"/>
              <w:start w:w="105" w:type="dxa"/>
              <w:bottom w:w="95" w:type="dxa"/>
              <w:end w:w="105" w:type="dxa"/>
            </w:tcMar>
            <w:vAlign w:val="center"/>
            <w:shd w:fill="F7F7F7"/>
          </w:tcPr>
          <w:p>
            <w:pPr>
              <w:spacing w:after="0" w:line="269" w:lineRule="auto"/>
              <w:jc w:val="center"/>
            </w:pPr>
            <w:r>
              <w:rPr>
                <w:rFonts w:ascii="Arial" w:hAnsi="Arial" w:eastAsia="Noto Sans CJK SC"/>
                <w:b/>
                <w:i w:val="0"/>
                <w:color w:val="232323"/>
                <w:sz w:val="18"/>
              </w:rPr>
              <w:t>费用来源</w:t>
            </w:r>
          </w:p>
        </w:tc>
        <w:tc>
          <w:tcPr>
            <w:tcW w:type="dxa" w:w="5040"/>
            <w:tcBorders>
              <w:top w:val="single" w:sz="5" w:space="0" w:color="D9D9D9"/>
              <w:left w:val="single" w:sz="5" w:space="0" w:color="D9D9D9"/>
              <w:bottom w:val="single" w:sz="5" w:space="0" w:color="D9D9D9"/>
              <w:right w:val="single" w:sz="5" w:space="0" w:color="D9D9D9"/>
              <w:insideH w:val="single" w:sz="5" w:space="0" w:color="D9D9D9"/>
              <w:insideV w:val="single" w:sz="5" w:space="0" w:color="D9D9D9"/>
            </w:tcBorders>
            <w:tcMar>
              <w:top w:w="95" w:type="dxa"/>
              <w:start w:w="105" w:type="dxa"/>
              <w:bottom w:w="95" w:type="dxa"/>
              <w:end w:w="105" w:type="dxa"/>
            </w:tcMar>
            <w:vAlign w:val="center"/>
            <w:shd w:fill="F7F7F7"/>
          </w:tcPr>
          <w:p>
            <w:pPr>
              <w:spacing w:after="0" w:line="269" w:lineRule="auto"/>
              <w:jc w:val="left"/>
            </w:pPr>
            <w:r>
              <w:rPr>
                <w:rFonts w:ascii="Arial" w:hAnsi="Arial" w:eastAsia="Noto Sans CJK SC"/>
                <w:b w:val="0"/>
                <w:i w:val="0"/>
                <w:color w:val="676D73"/>
                <w:sz w:val="18"/>
              </w:rPr>
              <w:t>中方单位、美方单位或申请人承担</w:t>
            </w:r>
          </w:p>
        </w:tc>
        <w:tc>
          <w:tcPr>
            <w:tcW w:type="dxa" w:w="2808"/>
            <w:tcBorders>
              <w:top w:val="single" w:sz="5" w:space="0" w:color="D9D9D9"/>
              <w:left w:val="single" w:sz="5" w:space="0" w:color="D9D9D9"/>
              <w:bottom w:val="single" w:sz="5" w:space="0" w:color="D9D9D9"/>
              <w:right w:val="single" w:sz="5" w:space="0" w:color="D9D9D9"/>
              <w:insideH w:val="single" w:sz="5" w:space="0" w:color="D9D9D9"/>
              <w:insideV w:val="single" w:sz="5" w:space="0" w:color="D9D9D9"/>
            </w:tcBorders>
            <w:tcMar>
              <w:top w:w="95" w:type="dxa"/>
              <w:start w:w="105" w:type="dxa"/>
              <w:bottom w:w="95" w:type="dxa"/>
              <w:end w:w="105" w:type="dxa"/>
            </w:tcMar>
            <w:vAlign w:val="center"/>
            <w:shd w:fill="F7F7F7"/>
          </w:tcPr>
          <w:p>
            <w:pPr>
              <w:spacing w:after="0" w:line="269" w:lineRule="auto"/>
              <w:jc w:val="left"/>
            </w:pPr>
            <w:r>
              <w:rPr>
                <w:rFonts w:ascii="Arial" w:hAnsi="Arial" w:eastAsia="Noto Sans CJK SC"/>
                <w:b w:val="0"/>
                <w:i w:val="0"/>
                <w:color w:val="232323"/>
                <w:sz w:val="18"/>
              </w:rPr>
              <w:t>写清承担范围</w:t>
            </w:r>
          </w:p>
        </w:tc>
      </w:tr>
      <w:tr>
        <w:trPr>
          <w:cantSplit w:val="true"/>
        </w:trPr>
        <w:tc>
          <w:tcPr>
            <w:tcW w:type="dxa" w:w="2304"/>
            <w:tcBorders>
              <w:top w:val="single" w:sz="5" w:space="0" w:color="D9D9D9"/>
              <w:left w:val="single" w:sz="5" w:space="0" w:color="D9D9D9"/>
              <w:bottom w:val="single" w:sz="5" w:space="0" w:color="D9D9D9"/>
              <w:right w:val="single" w:sz="5" w:space="0" w:color="D9D9D9"/>
              <w:insideH w:val="single" w:sz="5" w:space="0" w:color="D9D9D9"/>
              <w:insideV w:val="single" w:sz="5" w:space="0" w:color="D9D9D9"/>
            </w:tcBorders>
            <w:tcMar>
              <w:top w:w="95" w:type="dxa"/>
              <w:start w:w="105" w:type="dxa"/>
              <w:bottom w:w="95" w:type="dxa"/>
              <w:end w:w="105" w:type="dxa"/>
            </w:tcMar>
            <w:vAlign w:val="center"/>
          </w:tcPr>
          <w:p>
            <w:pPr>
              <w:spacing w:after="0" w:line="269" w:lineRule="auto"/>
              <w:jc w:val="center"/>
            </w:pPr>
            <w:r>
              <w:rPr>
                <w:rFonts w:ascii="Arial" w:hAnsi="Arial" w:eastAsia="Noto Sans CJK SC"/>
                <w:b/>
                <w:i w:val="0"/>
                <w:color w:val="232323"/>
                <w:sz w:val="18"/>
              </w:rPr>
              <w:t>返岗安排</w:t>
            </w:r>
          </w:p>
        </w:tc>
        <w:tc>
          <w:tcPr>
            <w:tcW w:type="dxa" w:w="5040"/>
            <w:tcBorders>
              <w:top w:val="single" w:sz="5" w:space="0" w:color="D9D9D9"/>
              <w:left w:val="single" w:sz="5" w:space="0" w:color="D9D9D9"/>
              <w:bottom w:val="single" w:sz="5" w:space="0" w:color="D9D9D9"/>
              <w:right w:val="single" w:sz="5" w:space="0" w:color="D9D9D9"/>
              <w:insideH w:val="single" w:sz="5" w:space="0" w:color="D9D9D9"/>
              <w:insideV w:val="single" w:sz="5" w:space="0" w:color="D9D9D9"/>
            </w:tcBorders>
            <w:tcMar>
              <w:top w:w="95" w:type="dxa"/>
              <w:start w:w="105" w:type="dxa"/>
              <w:bottom w:w="95" w:type="dxa"/>
              <w:end w:w="105" w:type="dxa"/>
            </w:tcMar>
            <w:vAlign w:val="center"/>
          </w:tcPr>
          <w:p>
            <w:pPr>
              <w:spacing w:after="0" w:line="269" w:lineRule="auto"/>
              <w:jc w:val="left"/>
            </w:pPr>
            <w:r>
              <w:rPr>
                <w:rFonts w:ascii="Arial" w:hAnsi="Arial" w:eastAsia="Noto Sans CJK SC"/>
                <w:b w:val="0"/>
                <w:i w:val="0"/>
                <w:color w:val="676D73"/>
                <w:sz w:val="18"/>
              </w:rPr>
              <w:t>预计返岗日期</w:t>
            </w:r>
          </w:p>
        </w:tc>
        <w:tc>
          <w:tcPr>
            <w:tcW w:type="dxa" w:w="2808"/>
            <w:tcBorders>
              <w:top w:val="single" w:sz="5" w:space="0" w:color="D9D9D9"/>
              <w:left w:val="single" w:sz="5" w:space="0" w:color="D9D9D9"/>
              <w:bottom w:val="single" w:sz="5" w:space="0" w:color="D9D9D9"/>
              <w:right w:val="single" w:sz="5" w:space="0" w:color="D9D9D9"/>
              <w:insideH w:val="single" w:sz="5" w:space="0" w:color="D9D9D9"/>
              <w:insideV w:val="single" w:sz="5" w:space="0" w:color="D9D9D9"/>
            </w:tcBorders>
            <w:tcMar>
              <w:top w:w="95" w:type="dxa"/>
              <w:start w:w="105" w:type="dxa"/>
              <w:bottom w:w="95" w:type="dxa"/>
              <w:end w:w="105" w:type="dxa"/>
            </w:tcMar>
            <w:vAlign w:val="center"/>
          </w:tcPr>
          <w:p>
            <w:pPr>
              <w:spacing w:after="0" w:line="269" w:lineRule="auto"/>
              <w:jc w:val="left"/>
            </w:pPr>
            <w:r>
              <w:rPr>
                <w:rFonts w:ascii="Arial" w:hAnsi="Arial" w:eastAsia="Noto Sans CJK SC"/>
                <w:b w:val="0"/>
                <w:i w:val="0"/>
                <w:color w:val="232323"/>
                <w:sz w:val="18"/>
              </w:rPr>
              <w:t>避免使用无法核验的保证</w:t>
            </w:r>
          </w:p>
        </w:tc>
      </w:tr>
      <w:tr>
        <w:trPr>
          <w:cantSplit w:val="true"/>
        </w:trPr>
        <w:tc>
          <w:tcPr>
            <w:tcW w:type="dxa" w:w="2304"/>
            <w:tcBorders>
              <w:top w:val="single" w:sz="5" w:space="0" w:color="D9D9D9"/>
              <w:left w:val="single" w:sz="5" w:space="0" w:color="D9D9D9"/>
              <w:bottom w:val="single" w:sz="5" w:space="0" w:color="D9D9D9"/>
              <w:right w:val="single" w:sz="5" w:space="0" w:color="D9D9D9"/>
              <w:insideH w:val="single" w:sz="5" w:space="0" w:color="D9D9D9"/>
              <w:insideV w:val="single" w:sz="5" w:space="0" w:color="D9D9D9"/>
            </w:tcBorders>
            <w:tcMar>
              <w:top w:w="95" w:type="dxa"/>
              <w:start w:w="105" w:type="dxa"/>
              <w:bottom w:w="95" w:type="dxa"/>
              <w:end w:w="105" w:type="dxa"/>
            </w:tcMar>
            <w:vAlign w:val="center"/>
            <w:shd w:fill="F7F7F7"/>
          </w:tcPr>
          <w:p>
            <w:pPr>
              <w:spacing w:after="0" w:line="269" w:lineRule="auto"/>
              <w:jc w:val="center"/>
            </w:pPr>
            <w:r>
              <w:rPr>
                <w:rFonts w:ascii="Arial" w:hAnsi="Arial" w:eastAsia="Noto Sans CJK SC"/>
                <w:b/>
                <w:i w:val="0"/>
                <w:color w:val="232323"/>
                <w:sz w:val="18"/>
              </w:rPr>
              <w:t>签署信息</w:t>
            </w:r>
          </w:p>
        </w:tc>
        <w:tc>
          <w:tcPr>
            <w:tcW w:type="dxa" w:w="5040"/>
            <w:tcBorders>
              <w:top w:val="single" w:sz="5" w:space="0" w:color="D9D9D9"/>
              <w:left w:val="single" w:sz="5" w:space="0" w:color="D9D9D9"/>
              <w:bottom w:val="single" w:sz="5" w:space="0" w:color="D9D9D9"/>
              <w:right w:val="single" w:sz="5" w:space="0" w:color="D9D9D9"/>
              <w:insideH w:val="single" w:sz="5" w:space="0" w:color="D9D9D9"/>
              <w:insideV w:val="single" w:sz="5" w:space="0" w:color="D9D9D9"/>
            </w:tcBorders>
            <w:tcMar>
              <w:top w:w="95" w:type="dxa"/>
              <w:start w:w="105" w:type="dxa"/>
              <w:bottom w:w="95" w:type="dxa"/>
              <w:end w:w="105" w:type="dxa"/>
            </w:tcMar>
            <w:vAlign w:val="center"/>
            <w:shd w:fill="F7F7F7"/>
          </w:tcPr>
          <w:p>
            <w:pPr>
              <w:spacing w:after="0" w:line="269" w:lineRule="auto"/>
              <w:jc w:val="left"/>
            </w:pPr>
            <w:r>
              <w:rPr>
                <w:rFonts w:ascii="Arial" w:hAnsi="Arial" w:eastAsia="Noto Sans CJK SC"/>
                <w:b w:val="0"/>
                <w:i w:val="0"/>
                <w:color w:val="676D73"/>
                <w:sz w:val="18"/>
              </w:rPr>
              <w:t>负责人姓名、职务、电话和邮箱</w:t>
            </w:r>
          </w:p>
        </w:tc>
        <w:tc>
          <w:tcPr>
            <w:tcW w:type="dxa" w:w="2808"/>
            <w:tcBorders>
              <w:top w:val="single" w:sz="5" w:space="0" w:color="D9D9D9"/>
              <w:left w:val="single" w:sz="5" w:space="0" w:color="D9D9D9"/>
              <w:bottom w:val="single" w:sz="5" w:space="0" w:color="D9D9D9"/>
              <w:right w:val="single" w:sz="5" w:space="0" w:color="D9D9D9"/>
              <w:insideH w:val="single" w:sz="5" w:space="0" w:color="D9D9D9"/>
              <w:insideV w:val="single" w:sz="5" w:space="0" w:color="D9D9D9"/>
            </w:tcBorders>
            <w:tcMar>
              <w:top w:w="95" w:type="dxa"/>
              <w:start w:w="105" w:type="dxa"/>
              <w:bottom w:w="95" w:type="dxa"/>
              <w:end w:w="105" w:type="dxa"/>
            </w:tcMar>
            <w:vAlign w:val="center"/>
            <w:shd w:fill="F7F7F7"/>
          </w:tcPr>
          <w:p>
            <w:pPr>
              <w:spacing w:after="0" w:line="269" w:lineRule="auto"/>
              <w:jc w:val="left"/>
            </w:pPr>
            <w:r>
              <w:rPr>
                <w:rFonts w:ascii="Arial" w:hAnsi="Arial" w:eastAsia="Noto Sans CJK SC"/>
                <w:b w:val="0"/>
                <w:i w:val="0"/>
                <w:color w:val="232323"/>
                <w:sz w:val="18"/>
              </w:rPr>
              <w:t>确保联系方式有效</w:t>
            </w:r>
          </w:p>
        </w:tc>
      </w:tr>
    </w:tbl>
    <w:p>
      <w:pPr>
        <w:keepNext w:val="0"/>
        <w:spacing w:before="100" w:after="0" w:line="300" w:lineRule="auto"/>
        <w:jc w:val="left"/>
      </w:pPr>
      <w:r>
        <w:rPr>
          <w:rFonts w:ascii="Arial" w:hAnsi="Arial" w:eastAsia="Noto Sans CJK SC"/>
          <w:b w:val="0"/>
          <w:i w:val="0"/>
          <w:color w:val="676D73"/>
          <w:sz w:val="17"/>
        </w:rPr>
        <w:t>提交前再次核对人名、护照号、任职时间、行程日期和费用来源，并删除全部填写提示。</w:t>
      </w:r>
    </w:p>
    <w:p>
      <w:pPr>
        <w:pageBreakBefore/>
        <w:spacing w:before="0" w:after="0" w:line="24" w:lineRule="auto"/>
      </w:pPr>
      <w:r>
        <w:rPr>
          <w:rFonts w:ascii="Arial" w:hAnsi="Arial" w:eastAsia="Noto Sans CJK SC"/>
          <w:b w:val="0"/>
          <w:i w:val="0"/>
          <w:color w:val="FFFFFF"/>
          <w:sz w:val="2"/>
        </w:rPr>
        <w:t xml:space="preserve"> 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5083"/>
        <w:gridCol w:w="5083"/>
      </w:tblGrid>
      <w:tr>
        <w:tc>
          <w:tcPr>
            <w:tcW w:type="dxa" w:w="6120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0" w:type="dxa"/>
              <w:start w:w="0" w:type="dxa"/>
              <w:bottom w:w="40" w:type="dxa"/>
              <w:end w:w="0" w:type="dxa"/>
            </w:tcMar>
            <w:vAlign w:val="center"/>
          </w:tcPr>
          <w:p>
            <w:pPr>
              <w:spacing w:after="40"/>
            </w:pPr>
            <w:r>
              <w:rPr>
                <w:rFonts w:ascii="Arial" w:hAnsi="Arial" w:eastAsia="Noto Sans CJK SC"/>
                <w:b/>
                <w:i/>
                <w:color w:val="676D73"/>
                <w:sz w:val="28"/>
              </w:rPr>
              <w:t>[COMPANY LEGAL NAME]</w:t>
            </w:r>
          </w:p>
          <w:p>
            <w:pPr>
              <w:spacing w:after="0"/>
            </w:pPr>
            <w:r>
              <w:rPr>
                <w:rFonts w:ascii="Arial" w:hAnsi="Arial" w:eastAsia="Noto Sans CJK SC"/>
                <w:b w:val="0"/>
                <w:i/>
                <w:color w:val="676D73"/>
                <w:sz w:val="17"/>
              </w:rPr>
              <w:t>[Company logo or official letterhead may be placed here]</w:t>
            </w:r>
          </w:p>
        </w:tc>
        <w:tc>
          <w:tcPr>
            <w:tcW w:type="dxa" w:w="4031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0" w:type="dxa"/>
              <w:start w:w="0" w:type="dxa"/>
              <w:bottom w:w="40" w:type="dxa"/>
              <w:end w:w="0" w:type="dxa"/>
            </w:tcMar>
            <w:vAlign w:val="center"/>
          </w:tcPr>
          <w:p>
            <w:pPr>
              <w:spacing w:after="0"/>
              <w:jc w:val="right"/>
            </w:pPr>
            <w:r>
              <w:rPr>
                <w:rFonts w:ascii="Arial" w:hAnsi="Arial" w:eastAsia="Noto Sans CJK SC"/>
                <w:b w:val="0"/>
                <w:i/>
                <w:color w:val="676D73"/>
                <w:sz w:val="17"/>
              </w:rPr>
              <w:t>[Address]</w:t>
              <w:br/>
              <w:t>[Telephone]</w:t>
              <w:br/>
              <w:t>[Email]</w:t>
              <w:br/>
              <w:t>[Website if applicable]</w:t>
            </w:r>
          </w:p>
        </w:tc>
      </w:tr>
    </w:tbl>
    <w:p>
      <w:pPr>
        <w:keepNext w:val="0"/>
        <w:spacing w:before="160" w:after="180" w:line="300" w:lineRule="auto"/>
        <w:jc w:val="left"/>
      </w:pPr>
      <w:r>
        <w:rPr>
          <w:rFonts w:ascii="Arial" w:hAnsi="Arial" w:eastAsia="Noto Sans CJK SC"/>
          <w:b w:val="0"/>
          <w:i/>
          <w:color w:val="676D73"/>
          <w:sz w:val="21"/>
        </w:rPr>
        <w:t>[Month Day Year]</w:t>
      </w:r>
    </w:p>
    <w:p>
      <w:pPr>
        <w:keepNext w:val="0"/>
        <w:spacing w:before="0" w:after="20" w:line="300" w:lineRule="auto"/>
        <w:jc w:val="left"/>
      </w:pPr>
      <w:r>
        <w:rPr>
          <w:rFonts w:ascii="Arial" w:hAnsi="Arial" w:eastAsia="Noto Sans CJK SC"/>
          <w:b w:val="0"/>
          <w:i w:val="0"/>
          <w:color w:val="000000"/>
          <w:sz w:val="21"/>
        </w:rPr>
        <w:t>To: Consular Officer</w:t>
      </w:r>
    </w:p>
    <w:p>
      <w:pPr>
        <w:keepNext w:val="0"/>
        <w:spacing w:before="0" w:after="180" w:line="300" w:lineRule="auto"/>
        <w:jc w:val="left"/>
      </w:pPr>
      <w:r>
        <w:rPr>
          <w:rFonts w:ascii="Arial" w:hAnsi="Arial" w:eastAsia="Noto Sans CJK SC"/>
          <w:b w:val="0"/>
          <w:i w:val="0"/>
          <w:color w:val="000000"/>
          <w:sz w:val="21"/>
        </w:rPr>
        <w:t>U.S. Embassy or Consulate General</w:t>
      </w:r>
    </w:p>
    <w:p>
      <w:pPr>
        <w:keepNext w:val="0"/>
        <w:spacing w:before="0" w:after="180" w:line="300" w:lineRule="auto"/>
        <w:jc w:val="left"/>
      </w:pPr>
      <w:r>
        <w:rPr>
          <w:rFonts w:ascii="Arial" w:hAnsi="Arial" w:eastAsia="Noto Sans CJK SC"/>
          <w:b/>
          <w:i w:val="0"/>
          <w:color w:val="000000"/>
          <w:sz w:val="21"/>
        </w:rPr>
        <w:t xml:space="preserve">Subject: </w:t>
      </w:r>
      <w:r>
        <w:rPr>
          <w:rFonts w:ascii="Arial" w:hAnsi="Arial" w:eastAsia="Noto Sans CJK SC"/>
          <w:b w:val="0"/>
          <w:i/>
          <w:color w:val="676D73"/>
          <w:sz w:val="21"/>
        </w:rPr>
        <w:t>Business Travel Confirmation for [Applicant Full Name]</w:t>
      </w:r>
    </w:p>
    <w:p>
      <w:pPr>
        <w:keepNext w:val="0"/>
        <w:spacing w:before="0" w:after="160" w:line="300" w:lineRule="auto"/>
        <w:jc w:val="left"/>
      </w:pPr>
      <w:r>
        <w:rPr>
          <w:rFonts w:ascii="Arial" w:hAnsi="Arial" w:eastAsia="Noto Sans CJK SC"/>
          <w:b w:val="0"/>
          <w:i w:val="0"/>
          <w:color w:val="000000"/>
          <w:sz w:val="21"/>
        </w:rPr>
        <w:t>Dear Consular Officer:</w:t>
      </w:r>
    </w:p>
    <w:p>
      <w:pPr>
        <w:spacing w:before="0" w:after="140" w:line="307" w:lineRule="auto"/>
        <w:jc w:val="both"/>
      </w:pPr>
      <w:r>
        <w:rPr>
          <w:rFonts w:ascii="Arial" w:hAnsi="Arial" w:eastAsia="Noto Sans CJK SC"/>
          <w:b w:val="0"/>
          <w:i w:val="0"/>
          <w:color w:val="000000"/>
          <w:sz w:val="21"/>
        </w:rPr>
        <w:t xml:space="preserve">This letter confirms that </w:t>
      </w:r>
      <w:r>
        <w:rPr>
          <w:rFonts w:ascii="Arial" w:hAnsi="Arial" w:eastAsia="Noto Sans CJK SC"/>
          <w:b w:val="0"/>
          <w:i/>
          <w:color w:val="676D73"/>
          <w:sz w:val="21"/>
        </w:rPr>
        <w:t>[Mr. Ms. Applicant Full Name]</w:t>
      </w:r>
      <w:r>
        <w:rPr>
          <w:rFonts w:ascii="Arial" w:hAnsi="Arial" w:eastAsia="Noto Sans CJK SC"/>
          <w:b w:val="0"/>
          <w:i w:val="0"/>
          <w:color w:val="000000"/>
          <w:sz w:val="21"/>
        </w:rPr>
        <w:t xml:space="preserve">, passport number </w:t>
      </w:r>
      <w:r>
        <w:rPr>
          <w:rFonts w:ascii="Arial" w:hAnsi="Arial" w:eastAsia="Noto Sans CJK SC"/>
          <w:b w:val="0"/>
          <w:i/>
          <w:color w:val="676D73"/>
          <w:sz w:val="21"/>
        </w:rPr>
        <w:t>[Passport Number]</w:t>
      </w:r>
      <w:r>
        <w:rPr>
          <w:rFonts w:ascii="Arial" w:hAnsi="Arial" w:eastAsia="Noto Sans CJK SC"/>
          <w:b w:val="0"/>
          <w:i w:val="0"/>
          <w:color w:val="000000"/>
          <w:sz w:val="21"/>
        </w:rPr>
        <w:t xml:space="preserve">, has been employed by </w:t>
      </w:r>
      <w:r>
        <w:rPr>
          <w:rFonts w:ascii="Arial" w:hAnsi="Arial" w:eastAsia="Noto Sans CJK SC"/>
          <w:b w:val="0"/>
          <w:i/>
          <w:color w:val="676D73"/>
          <w:sz w:val="21"/>
        </w:rPr>
        <w:t>[Company Legal Name]</w:t>
      </w:r>
      <w:r>
        <w:rPr>
          <w:rFonts w:ascii="Arial" w:hAnsi="Arial" w:eastAsia="Noto Sans CJK SC"/>
          <w:b w:val="0"/>
          <w:i w:val="0"/>
          <w:color w:val="000000"/>
          <w:sz w:val="21"/>
        </w:rPr>
        <w:t xml:space="preserve"> as </w:t>
      </w:r>
      <w:r>
        <w:rPr>
          <w:rFonts w:ascii="Arial" w:hAnsi="Arial" w:eastAsia="Noto Sans CJK SC"/>
          <w:b w:val="0"/>
          <w:i/>
          <w:color w:val="676D73"/>
          <w:sz w:val="21"/>
        </w:rPr>
        <w:t>[Job Title and Department]</w:t>
      </w:r>
      <w:r>
        <w:rPr>
          <w:rFonts w:ascii="Arial" w:hAnsi="Arial" w:eastAsia="Noto Sans CJK SC"/>
          <w:b w:val="0"/>
          <w:i w:val="0"/>
          <w:color w:val="000000"/>
          <w:sz w:val="21"/>
        </w:rPr>
        <w:t xml:space="preserve"> since </w:t>
      </w:r>
      <w:r>
        <w:rPr>
          <w:rFonts w:ascii="Arial" w:hAnsi="Arial" w:eastAsia="Noto Sans CJK SC"/>
          <w:b w:val="0"/>
          <w:i/>
          <w:color w:val="676D73"/>
          <w:sz w:val="21"/>
        </w:rPr>
        <w:t>[Employment Start Date]</w:t>
      </w:r>
      <w:r>
        <w:rPr>
          <w:rFonts w:ascii="Arial" w:hAnsi="Arial" w:eastAsia="Noto Sans CJK SC"/>
          <w:b w:val="0"/>
          <w:i w:val="0"/>
          <w:color w:val="000000"/>
          <w:sz w:val="21"/>
        </w:rPr>
        <w:t xml:space="preserve">. </w:t>
      </w:r>
      <w:r>
        <w:rPr>
          <w:rFonts w:ascii="Arial" w:hAnsi="Arial" w:eastAsia="Noto Sans CJK SC"/>
          <w:b w:val="0"/>
          <w:i/>
          <w:color w:val="676D73"/>
          <w:sz w:val="21"/>
        </w:rPr>
        <w:t>[Optional: The employee currently receives a monthly or annual salary of Amount and Currency.]</w:t>
      </w:r>
    </w:p>
    <w:p>
      <w:pPr>
        <w:spacing w:before="0" w:after="140" w:line="307" w:lineRule="auto"/>
        <w:jc w:val="both"/>
      </w:pPr>
      <w:r>
        <w:rPr>
          <w:rFonts w:ascii="Arial" w:hAnsi="Arial" w:eastAsia="Noto Sans CJK SC"/>
          <w:b w:val="0"/>
          <w:i w:val="0"/>
          <w:color w:val="000000"/>
          <w:sz w:val="21"/>
        </w:rPr>
        <w:t xml:space="preserve">Our company has approved a temporary business visit to </w:t>
      </w:r>
      <w:r>
        <w:rPr>
          <w:rFonts w:ascii="Arial" w:hAnsi="Arial" w:eastAsia="Noto Sans CJK SC"/>
          <w:b w:val="0"/>
          <w:i/>
          <w:color w:val="676D73"/>
          <w:sz w:val="21"/>
        </w:rPr>
        <w:t>[City or Cities State]</w:t>
      </w:r>
      <w:r>
        <w:rPr>
          <w:rFonts w:ascii="Arial" w:hAnsi="Arial" w:eastAsia="Noto Sans CJK SC"/>
          <w:b w:val="0"/>
          <w:i w:val="0"/>
          <w:color w:val="000000"/>
          <w:sz w:val="21"/>
        </w:rPr>
        <w:t xml:space="preserve">, United States, from </w:t>
      </w:r>
      <w:r>
        <w:rPr>
          <w:rFonts w:ascii="Arial" w:hAnsi="Arial" w:eastAsia="Noto Sans CJK SC"/>
          <w:b w:val="0"/>
          <w:i/>
          <w:color w:val="676D73"/>
          <w:sz w:val="21"/>
        </w:rPr>
        <w:t>[Arrival Date]</w:t>
      </w:r>
      <w:r>
        <w:rPr>
          <w:rFonts w:ascii="Arial" w:hAnsi="Arial" w:eastAsia="Noto Sans CJK SC"/>
          <w:b w:val="0"/>
          <w:i w:val="0"/>
          <w:color w:val="000000"/>
          <w:sz w:val="21"/>
        </w:rPr>
        <w:t xml:space="preserve"> through </w:t>
      </w:r>
      <w:r>
        <w:rPr>
          <w:rFonts w:ascii="Arial" w:hAnsi="Arial" w:eastAsia="Noto Sans CJK SC"/>
          <w:b w:val="0"/>
          <w:i/>
          <w:color w:val="676D73"/>
          <w:sz w:val="21"/>
        </w:rPr>
        <w:t>[Departure Date]</w:t>
      </w:r>
      <w:r>
        <w:rPr>
          <w:rFonts w:ascii="Arial" w:hAnsi="Arial" w:eastAsia="Noto Sans CJK SC"/>
          <w:b w:val="0"/>
          <w:i w:val="0"/>
          <w:color w:val="000000"/>
          <w:sz w:val="21"/>
        </w:rPr>
        <w:t xml:space="preserve">. The purpose of the trip is to </w:t>
      </w:r>
      <w:r>
        <w:rPr>
          <w:rFonts w:ascii="Arial" w:hAnsi="Arial" w:eastAsia="Noto Sans CJK SC"/>
          <w:b w:val="0"/>
          <w:i/>
          <w:color w:val="676D73"/>
          <w:sz w:val="21"/>
        </w:rPr>
        <w:t>[describe the meetings conference consultations contract negotiations or other permitted business activity]</w:t>
      </w:r>
      <w:r>
        <w:rPr>
          <w:rFonts w:ascii="Arial" w:hAnsi="Arial" w:eastAsia="Noto Sans CJK SC"/>
          <w:b w:val="0"/>
          <w:i w:val="0"/>
          <w:color w:val="000000"/>
          <w:sz w:val="21"/>
        </w:rPr>
        <w:t xml:space="preserve"> with </w:t>
      </w:r>
      <w:r>
        <w:rPr>
          <w:rFonts w:ascii="Arial" w:hAnsi="Arial" w:eastAsia="Noto Sans CJK SC"/>
          <w:b w:val="0"/>
          <w:i/>
          <w:color w:val="676D73"/>
          <w:sz w:val="21"/>
        </w:rPr>
        <w:t>[U.S. Host Organization]</w:t>
      </w:r>
      <w:r>
        <w:rPr>
          <w:rFonts w:ascii="Arial" w:hAnsi="Arial" w:eastAsia="Noto Sans CJK SC"/>
          <w:b w:val="0"/>
          <w:i w:val="0"/>
          <w:color w:val="000000"/>
          <w:sz w:val="21"/>
        </w:rPr>
        <w:t>.</w:t>
      </w:r>
    </w:p>
    <w:p>
      <w:pPr>
        <w:spacing w:before="0" w:after="140" w:line="307" w:lineRule="auto"/>
        <w:jc w:val="both"/>
      </w:pPr>
      <w:r>
        <w:rPr>
          <w:rFonts w:ascii="Arial" w:hAnsi="Arial" w:eastAsia="Noto Sans CJK SC"/>
          <w:b w:val="0"/>
          <w:i w:val="0"/>
          <w:color w:val="000000"/>
          <w:sz w:val="21"/>
        </w:rPr>
        <w:t xml:space="preserve">The planned itinerary includes </w:t>
      </w:r>
      <w:r>
        <w:rPr>
          <w:rFonts w:ascii="Arial" w:hAnsi="Arial" w:eastAsia="Noto Sans CJK SC"/>
          <w:b w:val="0"/>
          <w:i/>
          <w:color w:val="676D73"/>
          <w:sz w:val="21"/>
        </w:rPr>
        <w:t>[brief itinerary and business locations]</w:t>
      </w:r>
      <w:r>
        <w:rPr>
          <w:rFonts w:ascii="Arial" w:hAnsi="Arial" w:eastAsia="Noto Sans CJK SC"/>
          <w:b w:val="0"/>
          <w:i w:val="0"/>
          <w:color w:val="000000"/>
          <w:sz w:val="21"/>
        </w:rPr>
        <w:t xml:space="preserve">. The U.S. host contact is </w:t>
      </w:r>
      <w:r>
        <w:rPr>
          <w:rFonts w:ascii="Arial" w:hAnsi="Arial" w:eastAsia="Noto Sans CJK SC"/>
          <w:b w:val="0"/>
          <w:i/>
          <w:color w:val="676D73"/>
          <w:sz w:val="21"/>
        </w:rPr>
        <w:t>[Contact Name Job Title Telephone Email and Address]</w:t>
      </w:r>
      <w:r>
        <w:rPr>
          <w:rFonts w:ascii="Arial" w:hAnsi="Arial" w:eastAsia="Noto Sans CJK SC"/>
          <w:b w:val="0"/>
          <w:i w:val="0"/>
          <w:color w:val="000000"/>
          <w:sz w:val="21"/>
        </w:rPr>
        <w:t>.</w:t>
      </w:r>
    </w:p>
    <w:p>
      <w:pPr>
        <w:spacing w:before="0" w:after="140" w:line="307" w:lineRule="auto"/>
        <w:jc w:val="both"/>
      </w:pPr>
      <w:r>
        <w:rPr>
          <w:rFonts w:ascii="Arial" w:hAnsi="Arial" w:eastAsia="Noto Sans CJK SC"/>
          <w:b w:val="0"/>
          <w:i w:val="0"/>
          <w:color w:val="000000"/>
          <w:sz w:val="21"/>
        </w:rPr>
        <w:t xml:space="preserve">Expenses for </w:t>
      </w:r>
      <w:r>
        <w:rPr>
          <w:rFonts w:ascii="Arial" w:hAnsi="Arial" w:eastAsia="Noto Sans CJK SC"/>
          <w:b w:val="0"/>
          <w:i/>
          <w:color w:val="676D73"/>
          <w:sz w:val="21"/>
        </w:rPr>
        <w:t>[round trip transportation accommodation meals travel insurance and other approved items]</w:t>
      </w:r>
      <w:r>
        <w:rPr>
          <w:rFonts w:ascii="Arial" w:hAnsi="Arial" w:eastAsia="Noto Sans CJK SC"/>
          <w:b w:val="0"/>
          <w:i w:val="0"/>
          <w:color w:val="000000"/>
          <w:sz w:val="21"/>
        </w:rPr>
        <w:t xml:space="preserve"> will be paid by </w:t>
      </w:r>
      <w:r>
        <w:rPr>
          <w:rFonts w:ascii="Arial" w:hAnsi="Arial" w:eastAsia="Noto Sans CJK SC"/>
          <w:b w:val="0"/>
          <w:i/>
          <w:color w:val="676D73"/>
          <w:sz w:val="21"/>
        </w:rPr>
        <w:t>[Company Host Organization or Applicant]</w:t>
      </w:r>
      <w:r>
        <w:rPr>
          <w:rFonts w:ascii="Arial" w:hAnsi="Arial" w:eastAsia="Noto Sans CJK SC"/>
          <w:b w:val="0"/>
          <w:i w:val="0"/>
          <w:color w:val="000000"/>
          <w:sz w:val="21"/>
        </w:rPr>
        <w:t xml:space="preserve">. </w:t>
      </w:r>
      <w:r>
        <w:rPr>
          <w:rFonts w:ascii="Arial" w:hAnsi="Arial" w:eastAsia="Noto Sans CJK SC"/>
          <w:b w:val="0"/>
          <w:i/>
          <w:color w:val="676D73"/>
          <w:sz w:val="21"/>
        </w:rPr>
        <w:t>[Applicant Surname]</w:t>
      </w:r>
      <w:r>
        <w:rPr>
          <w:rFonts w:ascii="Arial" w:hAnsi="Arial" w:eastAsia="Noto Sans CJK SC"/>
          <w:b w:val="0"/>
          <w:i w:val="0"/>
          <w:color w:val="000000"/>
          <w:sz w:val="21"/>
        </w:rPr>
        <w:t xml:space="preserve"> will not take employment in the United States or receive salary from a U.S. source for the activities described in this letter.</w:t>
      </w:r>
    </w:p>
    <w:p>
      <w:pPr>
        <w:spacing w:before="0" w:after="140" w:line="307" w:lineRule="auto"/>
        <w:jc w:val="both"/>
      </w:pPr>
      <w:r>
        <w:rPr>
          <w:rFonts w:ascii="Arial" w:hAnsi="Arial" w:eastAsia="Noto Sans CJK SC"/>
          <w:b w:val="0"/>
          <w:i w:val="0"/>
          <w:color w:val="000000"/>
          <w:sz w:val="21"/>
        </w:rPr>
        <w:t xml:space="preserve">The employee will remain in the same position during the trip and is expected to resume regular duties in </w:t>
      </w:r>
      <w:r>
        <w:rPr>
          <w:rFonts w:ascii="Arial" w:hAnsi="Arial" w:eastAsia="Noto Sans CJK SC"/>
          <w:b w:val="0"/>
          <w:i/>
          <w:color w:val="676D73"/>
          <w:sz w:val="21"/>
        </w:rPr>
        <w:t>[City Country]</w:t>
      </w:r>
      <w:r>
        <w:rPr>
          <w:rFonts w:ascii="Arial" w:hAnsi="Arial" w:eastAsia="Noto Sans CJK SC"/>
          <w:b w:val="0"/>
          <w:i w:val="0"/>
          <w:color w:val="000000"/>
          <w:sz w:val="21"/>
        </w:rPr>
        <w:t xml:space="preserve"> on </w:t>
      </w:r>
      <w:r>
        <w:rPr>
          <w:rFonts w:ascii="Arial" w:hAnsi="Arial" w:eastAsia="Noto Sans CJK SC"/>
          <w:b w:val="0"/>
          <w:i/>
          <w:color w:val="676D73"/>
          <w:sz w:val="21"/>
        </w:rPr>
        <w:t>[Return to Work Date]</w:t>
      </w:r>
      <w:r>
        <w:rPr>
          <w:rFonts w:ascii="Arial" w:hAnsi="Arial" w:eastAsia="Noto Sans CJK SC"/>
          <w:b w:val="0"/>
          <w:i w:val="0"/>
          <w:color w:val="000000"/>
          <w:sz w:val="21"/>
        </w:rPr>
        <w:t>.</w:t>
      </w:r>
    </w:p>
    <w:p>
      <w:pPr>
        <w:keepNext w:val="0"/>
        <w:spacing w:before="0" w:after="200" w:line="300" w:lineRule="auto"/>
        <w:jc w:val="left"/>
      </w:pPr>
      <w:r>
        <w:rPr>
          <w:rFonts w:ascii="Arial" w:hAnsi="Arial" w:eastAsia="Noto Sans CJK SC"/>
          <w:b w:val="0"/>
          <w:i w:val="0"/>
          <w:color w:val="000000"/>
          <w:sz w:val="21"/>
        </w:rPr>
        <w:t>Please contact us if additional information is required.</w:t>
      </w:r>
    </w:p>
    <w:p>
      <w:pPr>
        <w:keepNext w:val="0"/>
        <w:spacing w:before="0" w:after="360" w:line="300" w:lineRule="auto"/>
        <w:jc w:val="left"/>
      </w:pPr>
      <w:r>
        <w:rPr>
          <w:rFonts w:ascii="Arial" w:hAnsi="Arial" w:eastAsia="Noto Sans CJK SC"/>
          <w:b w:val="0"/>
          <w:i w:val="0"/>
          <w:color w:val="000000"/>
          <w:sz w:val="21"/>
        </w:rPr>
        <w:t>Sincerely,</w:t>
      </w:r>
    </w:p>
    <w:p>
      <w:pPr>
        <w:keepNext w:val="0"/>
        <w:spacing w:before="0" w:after="40" w:line="300" w:lineRule="auto"/>
        <w:jc w:val="left"/>
      </w:pPr>
      <w:r>
        <w:rPr>
          <w:rFonts w:ascii="Arial" w:hAnsi="Arial" w:eastAsia="Noto Sans CJK SC"/>
          <w:b w:val="0"/>
          <w:i/>
          <w:color w:val="676D73"/>
          <w:sz w:val="20"/>
        </w:rPr>
        <w:t>[Handwritten Signature]</w:t>
      </w:r>
    </w:p>
    <w:p>
      <w:pPr>
        <w:keepNext w:val="0"/>
        <w:spacing w:before="0" w:after="20" w:line="300" w:lineRule="auto"/>
        <w:jc w:val="left"/>
      </w:pPr>
      <w:r>
        <w:rPr>
          <w:rFonts w:ascii="Arial" w:hAnsi="Arial" w:eastAsia="Noto Sans CJK SC"/>
          <w:b w:val="0"/>
          <w:i/>
          <w:color w:val="676D73"/>
          <w:sz w:val="20"/>
        </w:rPr>
        <w:t>[Name of Authorized Representative]</w:t>
      </w:r>
    </w:p>
    <w:p>
      <w:pPr>
        <w:keepNext w:val="0"/>
        <w:spacing w:before="0" w:after="20" w:line="300" w:lineRule="auto"/>
        <w:jc w:val="left"/>
      </w:pPr>
      <w:r>
        <w:rPr>
          <w:rFonts w:ascii="Arial" w:hAnsi="Arial" w:eastAsia="Noto Sans CJK SC"/>
          <w:b w:val="0"/>
          <w:i/>
          <w:color w:val="676D73"/>
          <w:sz w:val="20"/>
        </w:rPr>
        <w:t>[Job Title]</w:t>
      </w:r>
    </w:p>
    <w:p>
      <w:pPr>
        <w:keepNext w:val="0"/>
        <w:spacing w:before="0" w:after="20" w:line="300" w:lineRule="auto"/>
        <w:jc w:val="left"/>
      </w:pPr>
      <w:r>
        <w:rPr>
          <w:rFonts w:ascii="Arial" w:hAnsi="Arial" w:eastAsia="Noto Sans CJK SC"/>
          <w:b w:val="0"/>
          <w:i/>
          <w:color w:val="676D73"/>
          <w:sz w:val="20"/>
        </w:rPr>
        <w:t>[Company Legal Name]</w:t>
      </w:r>
    </w:p>
    <w:p>
      <w:pPr>
        <w:keepNext w:val="0"/>
        <w:spacing w:before="0" w:after="20" w:line="300" w:lineRule="auto"/>
        <w:jc w:val="left"/>
      </w:pPr>
      <w:r>
        <w:rPr>
          <w:rFonts w:ascii="Arial" w:hAnsi="Arial" w:eastAsia="Noto Sans CJK SC"/>
          <w:b w:val="0"/>
          <w:i/>
          <w:color w:val="676D73"/>
          <w:sz w:val="20"/>
        </w:rPr>
        <w:t>[Direct Telephone and Business Email]</w:t>
      </w:r>
    </w:p>
    <w:p>
      <w:pPr>
        <w:keepNext w:val="0"/>
        <w:spacing w:before="0" w:after="0" w:line="300" w:lineRule="auto"/>
        <w:jc w:val="left"/>
      </w:pPr>
      <w:r>
        <w:rPr>
          <w:rFonts w:ascii="Arial" w:hAnsi="Arial" w:eastAsia="Noto Sans CJK SC"/>
          <w:b w:val="0"/>
          <w:i/>
          <w:color w:val="676D73"/>
          <w:sz w:val="20"/>
        </w:rPr>
        <w:t>[Company Seal if used]</w:t>
      </w:r>
    </w:p>
    <w:sectPr w:rsidR="00FC693F" w:rsidRPr="0006063C" w:rsidSect="00034616">
      <w:pgSz w:w="12240" w:h="15840"/>
      <w:pgMar w:top="893" w:right="1037" w:bottom="893" w:left="103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 w:eastAsia="Noto Sans CJK SC"/>
      <w:color w:val="232323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 w:ascii="Arial" w:hAnsi="Arial" w:eastAsia="Noto Sans CJK SC"/>
      <w:b/>
      <w:bCs/>
      <w:color w:val="000000"/>
      <w:sz w:val="27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spacing w:after="300" w:line="240" w:lineRule="auto"/>
      <w:contextualSpacing/>
    </w:pPr>
    <w:rPr>
      <w:rFonts w:asciiTheme="majorHAnsi" w:eastAsiaTheme="majorEastAsia" w:hAnsiTheme="majorHAnsi" w:cstheme="majorBidi" w:ascii="Arial" w:hAnsi="Arial" w:eastAsia="Noto Sans CJK SC"/>
      <w:b/>
      <w:color w:val="000000"/>
      <w:spacing w:val="5"/>
      <w:kern w:val="28"/>
      <w:sz w:val="40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美国商务签证派遣函模板</dc:title>
  <dc:subject>美国B1商务访问英文派遣函可编辑模板</dc:subject>
  <dc:creator>签界</dc:creator>
  <cp:keywords>美国商务签证派遣函模板,美国签证材料模板,美国B1签证材料,美国商务签证在职证明</cp:keywords>
  <dc:description>签界 usa.360qianjie.com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