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200" w:after="80"/>
        <w:jc w:val="center"/>
      </w:pPr>
      <w:r>
        <w:rPr>
          <w:rFonts w:ascii="Arial" w:hAnsi="Arial" w:eastAsia="Noto Sans CJK SC"/>
          <w:b/>
          <w:i w:val="0"/>
          <w:color w:val="000000"/>
          <w:sz w:val="42"/>
        </w:rPr>
        <w:t>美国签证材料个人简历模板</w:t>
      </w:r>
    </w:p>
    <w:p>
      <w:pPr>
        <w:spacing w:after="80"/>
        <w:jc w:val="center"/>
      </w:pPr>
      <w:r>
        <w:rPr>
          <w:rFonts w:ascii="Arial" w:hAnsi="Arial" w:eastAsia="Noto Sans CJK SC"/>
          <w:b/>
          <w:i w:val="0"/>
          <w:color w:val="1677B8"/>
          <w:sz w:val="25"/>
        </w:rPr>
        <w:t>U.S. Visa Résumé / Curriculum Vitae Template</w:t>
      </w:r>
    </w:p>
    <w:p>
      <w:pPr>
        <w:spacing w:after="240"/>
        <w:jc w:val="center"/>
      </w:pPr>
      <w:r>
        <w:rPr>
          <w:rFonts w:ascii="Arial" w:hAnsi="Arial" w:eastAsia="Noto Sans CJK SC"/>
          <w:b w:val="0"/>
          <w:i w:val="0"/>
          <w:color w:val="626970"/>
          <w:sz w:val="18"/>
        </w:rPr>
        <w:t>签界  |  2026年9月更新  |  可编辑 Word 版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c>
          <w:tcPr>
            <w:tcW w:type="dxa" w:w="10296"/>
            <w:shd w:fill="EEF6FB"/>
            <w:tcBorders>
              <w:top w:val="single" w:sz="5" w:space="0" w:color="B8D7EA"/>
              <w:left w:val="single" w:sz="5" w:space="0" w:color="B8D7EA"/>
              <w:bottom w:val="single" w:sz="5" w:space="0" w:color="B8D7EA"/>
              <w:right w:val="single" w:sz="5" w:space="0" w:color="B8D7EA"/>
              <w:insideH w:val="single" w:sz="5" w:space="0" w:color="B8D7EA"/>
              <w:insideV w:val="single" w:sz="5" w:space="0" w:color="B8D7EA"/>
            </w:tcBorders>
            <w:tcMar>
              <w:top w:w="105" w:type="dxa"/>
              <w:start w:w="125" w:type="dxa"/>
              <w:bottom w:w="105" w:type="dxa"/>
              <w:end w:w="12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 w:val="0"/>
                <w:color w:val="181818"/>
                <w:sz w:val="18"/>
              </w:rPr>
              <w:t>适用说明：个人简历不是所有美国签证申请人的统一必交材料。仅在签证类别、美国使领馆/领事馆指引或领事官补充材料通知要求时提交；未被要求时，可先将本模板作为信息整理底稿。</w:t>
            </w:r>
          </w:p>
        </w:tc>
      </w:tr>
    </w:tbl>
    <w:p>
      <w:pPr>
        <w:pStyle w:val="Heading1"/>
        <w:keepNext/>
        <w:spacing w:before="180" w:after="100"/>
      </w:pPr>
      <w:r>
        <w:rPr>
          <w:rFonts w:ascii="Arial" w:hAnsi="Arial" w:eastAsia="Noto Sans CJK SC"/>
          <w:b/>
          <w:i w:val="0"/>
          <w:color w:val="000000"/>
          <w:sz w:val="26"/>
        </w:rPr>
        <w:t>使用方法</w:t>
      </w:r>
    </w:p>
    <w:p>
      <w:pPr>
        <w:pStyle w:val="ListBullet"/>
        <w:spacing w:after="40" w:line="300" w:lineRule="auto"/>
        <w:ind w:left="317" w:hanging="187"/>
      </w:pPr>
      <w:r>
        <w:rPr>
          <w:rFonts w:ascii="Arial" w:hAnsi="Arial" w:eastAsia="Noto Sans CJK SC"/>
          <w:b w:val="0"/>
          <w:i w:val="0"/>
          <w:color w:val="181818"/>
          <w:sz w:val="19"/>
        </w:rPr>
        <w:t>先按护照、DS-160确认页、I-20、DS-2019、I-797或邀请材料等核对姓名、日期、学校、雇主和赴美目的，保持信息一致。</w:t>
      </w:r>
    </w:p>
    <w:p>
      <w:pPr>
        <w:pStyle w:val="ListBullet"/>
        <w:spacing w:after="40" w:line="300" w:lineRule="auto"/>
        <w:ind w:left="317" w:hanging="187"/>
      </w:pPr>
      <w:r>
        <w:rPr>
          <w:rFonts w:ascii="Arial" w:hAnsi="Arial" w:eastAsia="Noto Sans CJK SC"/>
          <w:b w:val="0"/>
          <w:i w:val="0"/>
          <w:color w:val="181818"/>
          <w:sz w:val="19"/>
        </w:rPr>
        <w:t>模板中的灰色斜体文字为填写提示，提交前应全部替换或删除；不适用项目可填写“N/A”，不要留出容易引起误解的空白。</w:t>
      </w:r>
    </w:p>
    <w:p>
      <w:pPr>
        <w:pStyle w:val="ListBullet"/>
        <w:spacing w:after="40" w:line="300" w:lineRule="auto"/>
        <w:ind w:left="317" w:hanging="187"/>
      </w:pPr>
      <w:r>
        <w:rPr>
          <w:rFonts w:ascii="Arial" w:hAnsi="Arial" w:eastAsia="Noto Sans CJK SC"/>
          <w:b w:val="0"/>
          <w:i w:val="0"/>
          <w:color w:val="181818"/>
          <w:sz w:val="19"/>
        </w:rPr>
        <w:t>如使领馆要求英文简历，请删除本页中文说明，仅提交后续英文页面；如通知规定了文件格式、命名或提交渠道，以通知为准。</w:t>
      </w:r>
    </w:p>
    <w:p>
      <w:pPr>
        <w:pStyle w:val="ListBullet"/>
        <w:spacing w:after="40" w:line="300" w:lineRule="auto"/>
        <w:ind w:left="317" w:hanging="187"/>
      </w:pPr>
      <w:r>
        <w:rPr>
          <w:rFonts w:ascii="Arial" w:hAnsi="Arial" w:eastAsia="Noto Sans CJK SC"/>
          <w:b w:val="0"/>
          <w:i w:val="0"/>
          <w:color w:val="181818"/>
          <w:sz w:val="19"/>
        </w:rPr>
        <w:t>经历建议按时间倒序填写；日期尽量精确到月，工作或学习空档较长时可在相应栏作简要说明。</w:t>
      </w:r>
    </w:p>
    <w:p>
      <w:pPr>
        <w:pStyle w:val="ListBullet"/>
        <w:spacing w:after="40" w:line="300" w:lineRule="auto"/>
        <w:ind w:left="317" w:hanging="187"/>
      </w:pPr>
      <w:r>
        <w:rPr>
          <w:rFonts w:ascii="Arial" w:hAnsi="Arial" w:eastAsia="Noto Sans CJK SC"/>
          <w:b w:val="0"/>
          <w:i w:val="0"/>
          <w:color w:val="181818"/>
          <w:sz w:val="19"/>
        </w:rPr>
        <w:t>内容必须真实、完整且可核验。不要为“充实简历”虚构项目、论文、技能、雇主或出行经历。</w:t>
      </w:r>
    </w:p>
    <w:p>
      <w:pPr>
        <w:pStyle w:val="Heading1"/>
        <w:keepNext/>
        <w:spacing w:before="180" w:after="100"/>
      </w:pPr>
      <w:r>
        <w:rPr>
          <w:rFonts w:ascii="Arial" w:hAnsi="Arial" w:eastAsia="Noto Sans CJK SC"/>
          <w:b/>
          <w:i w:val="0"/>
          <w:color w:val="000000"/>
          <w:sz w:val="26"/>
        </w:rPr>
        <w:t>建议准备的内容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32"/>
        <w:gridCol w:w="3432"/>
        <w:gridCol w:w="3432"/>
      </w:tblGrid>
      <w:tr>
        <w:trPr>
          <w:tblHeader w:val="true"/>
          <w:cantSplit w:val="true"/>
        </w:trPr>
        <w:tc>
          <w:tcPr>
            <w:tcW w:type="dxa" w:w="1872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模块</w:t>
            </w:r>
          </w:p>
        </w:tc>
        <w:tc>
          <w:tcPr>
            <w:tcW w:type="dxa" w:w="504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建议内容</w:t>
            </w:r>
          </w:p>
        </w:tc>
        <w:tc>
          <w:tcPr>
            <w:tcW w:type="dxa" w:w="338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填写重点</w:t>
            </w:r>
          </w:p>
        </w:tc>
      </w:tr>
      <w:tr>
        <w:trPr>
          <w:cantSplit w:val="true"/>
          <w:trHeight w:val="50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个人信息</w:t>
            </w:r>
          </w:p>
        </w:tc>
        <w:tc>
          <w:tcPr>
            <w:tcW w:type="dxa" w:w="50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姓名、出生信息、国籍、联系方式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与护照及DS-160一致</w:t>
            </w:r>
          </w:p>
        </w:tc>
      </w:tr>
      <w:tr>
        <w:trPr>
          <w:cantSplit w:val="true"/>
          <w:trHeight w:val="50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教育经历</w:t>
            </w:r>
          </w:p>
        </w:tc>
        <w:tc>
          <w:tcPr>
            <w:tcW w:type="dxa" w:w="50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学校、专业、学位、论文或研究方向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注明起止年月及所在地</w:t>
            </w:r>
          </w:p>
        </w:tc>
      </w:tr>
      <w:tr>
        <w:trPr>
          <w:cantSplit w:val="true"/>
          <w:trHeight w:val="50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工作经历</w:t>
            </w:r>
          </w:p>
        </w:tc>
        <w:tc>
          <w:tcPr>
            <w:tcW w:type="dxa" w:w="50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雇主、职位、职责、项目或研究内容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职责描述客观、简洁</w:t>
            </w:r>
          </w:p>
        </w:tc>
      </w:tr>
      <w:tr>
        <w:trPr>
          <w:cantSplit w:val="true"/>
          <w:trHeight w:val="50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技术/研究</w:t>
            </w:r>
          </w:p>
        </w:tc>
        <w:tc>
          <w:tcPr>
            <w:tcW w:type="dxa" w:w="50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研究领域、项目、方法、设备、软件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只写本人实际掌握内容</w:t>
            </w:r>
          </w:p>
        </w:tc>
      </w:tr>
      <w:tr>
        <w:trPr>
          <w:cantSplit w:val="true"/>
          <w:trHeight w:val="50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成果与背景</w:t>
            </w:r>
          </w:p>
        </w:tc>
        <w:tc>
          <w:tcPr>
            <w:tcW w:type="dxa" w:w="50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论文、会议、专利、奖励、组织成员资格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无相关信息写N/A</w:t>
            </w:r>
          </w:p>
        </w:tc>
      </w:tr>
      <w:tr>
        <w:trPr>
          <w:cantSplit w:val="true"/>
          <w:trHeight w:val="50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旅行与赴美</w:t>
            </w:r>
          </w:p>
        </w:tc>
        <w:tc>
          <w:tcPr>
            <w:tcW w:type="dxa" w:w="50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近年国际旅行、赴美目的、邀请方及同行人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按要求范围填写</w:t>
            </w:r>
          </w:p>
        </w:tc>
      </w:tr>
    </w:tbl>
    <w:p>
      <w:pPr>
        <w:spacing w:before="100" w:after="0" w:line="317" w:lineRule="auto"/>
      </w:pPr>
      <w:r>
        <w:rPr>
          <w:rFonts w:ascii="Arial" w:hAnsi="Arial" w:eastAsia="Noto Sans CJK SC"/>
          <w:b w:val="0"/>
          <w:i w:val="0"/>
          <w:color w:val="626970"/>
          <w:sz w:val="17"/>
        </w:rPr>
        <w:t>隐私提醒：本模板可能包含护照号、家庭住址、联系电话及工作/教育经历。请妥善保存，仅通过通知指定的安全渠道提交；不要在简历中填写账号密码、银行卡信息或其他无关敏感数据。</w:t>
      </w:r>
    </w:p>
    <w:p>
      <w:r>
        <w:br w:type="page"/>
      </w:r>
    </w:p>
    <w:p>
      <w:pPr>
        <w:spacing w:after="40"/>
        <w:jc w:val="center"/>
      </w:pPr>
      <w:r>
        <w:rPr>
          <w:rFonts w:ascii="Arial" w:hAnsi="Arial" w:eastAsia="Noto Sans CJK SC"/>
          <w:b/>
          <w:i w:val="0"/>
          <w:color w:val="000000"/>
          <w:sz w:val="36"/>
        </w:rPr>
        <w:t>CURRICULUM VITAE</w:t>
      </w:r>
    </w:p>
    <w:p>
      <w:pPr>
        <w:spacing w:after="180"/>
        <w:jc w:val="center"/>
      </w:pPr>
      <w:r>
        <w:rPr>
          <w:rFonts w:ascii="Arial" w:hAnsi="Arial" w:eastAsia="Noto Sans CJK SC"/>
          <w:b w:val="0"/>
          <w:i w:val="0"/>
          <w:color w:val="626970"/>
          <w:sz w:val="19"/>
        </w:rPr>
        <w:t>For U.S. Visa Application — Supplementary Information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PERSONAL INFORMATION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48"/>
        <w:gridCol w:w="5148"/>
      </w:tblGrid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Full Name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[Exactly as shown on passport]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Name in Chinese Characters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[If applicable]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Other Names / Aliases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[Former names, maiden name, professional name, or N/A]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Sex at Birth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[Male / Female, consistent with the application]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Date and Place of Birth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[DD Month YYYY; City, Province/State, Country]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Nationality / Citizenship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[Current and former, if applicable]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Passport Number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[Current passport number]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Home Address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[Street, City, Province/State, Postal Code, Country]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Current Work / School Address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[Full address or N/A]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Telephone / Email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[Current reachable contact details]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PURPOSE OF U.S. TRAVEL  |  Complete if relevant to the request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48"/>
        <w:gridCol w:w="5148"/>
      </w:tblGrid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Visa Classification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[Example: B1/B2, F-1, J-1, H-1B]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Purpose of Travel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[Brief, factual description]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Intended Dates / Duration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[Planned arrival, departure, and length of stay]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U.S. Host / Institution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[Name, address, contact person, telephone, and email]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Funding Source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[Self / family / employer / institution / other]</w:t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EDUCATION  |  List most recent first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74"/>
        <w:gridCol w:w="2574"/>
        <w:gridCol w:w="2574"/>
        <w:gridCol w:w="2574"/>
      </w:tblGrid>
      <w:tr>
        <w:trPr>
          <w:tblHeader w:val="true"/>
          <w:cantSplit w:val="true"/>
        </w:trPr>
        <w:tc>
          <w:tcPr>
            <w:tcW w:type="dxa" w:w="194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Dates</w:t>
              <w:br/>
              <w:t>MM/YYYY–MM/YYYY</w:t>
            </w:r>
          </w:p>
        </w:tc>
        <w:tc>
          <w:tcPr>
            <w:tcW w:type="dxa" w:w="3311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Institution and Location</w:t>
            </w:r>
          </w:p>
        </w:tc>
        <w:tc>
          <w:tcPr>
            <w:tcW w:type="dxa" w:w="266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Field of Study / Degree</w:t>
            </w:r>
          </w:p>
        </w:tc>
        <w:tc>
          <w:tcPr>
            <w:tcW w:type="dxa" w:w="2376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Thesis, Research Area, or Status</w:t>
            </w:r>
          </w:p>
        </w:tc>
      </w:tr>
      <w:tr>
        <w:trPr>
          <w:cantSplit w:val="true"/>
          <w:trHeight w:val="72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31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[University/school; city and country]</w:t>
            </w:r>
          </w:p>
        </w:tc>
        <w:tc>
          <w:tcPr>
            <w:tcW w:type="dxa" w:w="266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[Major; degree/diploma]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[Title/area, or N/A]</w:t>
            </w:r>
          </w:p>
        </w:tc>
      </w:tr>
      <w:tr>
        <w:trPr>
          <w:cantSplit w:val="true"/>
          <w:trHeight w:val="72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31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[University/school; city and country]</w:t>
            </w:r>
          </w:p>
        </w:tc>
        <w:tc>
          <w:tcPr>
            <w:tcW w:type="dxa" w:w="266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[Major; degree/diploma]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[Title/area, or N/A]</w:t>
            </w:r>
          </w:p>
        </w:tc>
      </w:tr>
      <w:tr>
        <w:trPr>
          <w:cantSplit w:val="true"/>
          <w:trHeight w:val="72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31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[University/school; city and country]</w:t>
            </w:r>
          </w:p>
        </w:tc>
        <w:tc>
          <w:tcPr>
            <w:tcW w:type="dxa" w:w="266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[Major; degree/diploma]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[Title/area, or N/A]</w:t>
            </w:r>
          </w:p>
        </w:tc>
      </w:tr>
      <w:tr>
        <w:trPr>
          <w:cantSplit w:val="true"/>
          <w:trHeight w:val="72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31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[University/school; city and country]</w:t>
            </w:r>
          </w:p>
        </w:tc>
        <w:tc>
          <w:tcPr>
            <w:tcW w:type="dxa" w:w="266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[Major; degree/diploma]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[Title/area, or N/A]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EMPLOYMENT HISTORY  |  List most recent first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74"/>
        <w:gridCol w:w="2574"/>
        <w:gridCol w:w="2574"/>
        <w:gridCol w:w="2574"/>
      </w:tblGrid>
      <w:tr>
        <w:trPr>
          <w:tblHeader w:val="true"/>
          <w:cantSplit w:val="true"/>
        </w:trPr>
        <w:tc>
          <w:tcPr>
            <w:tcW w:type="dxa" w:w="1872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Dates</w:t>
              <w:br/>
              <w:t>MM/YYYY–MM/YYYY</w:t>
            </w:r>
          </w:p>
        </w:tc>
        <w:tc>
          <w:tcPr>
            <w:tcW w:type="dxa" w:w="324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Employer and Location</w:t>
            </w:r>
          </w:p>
        </w:tc>
        <w:tc>
          <w:tcPr>
            <w:tcW w:type="dxa" w:w="2592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Position / Supervisor</w:t>
            </w:r>
          </w:p>
        </w:tc>
        <w:tc>
          <w:tcPr>
            <w:tcW w:type="dxa" w:w="2592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Main Duties, Projects, or Research</w:t>
            </w:r>
          </w:p>
        </w:tc>
      </w:tr>
      <w:tr>
        <w:trPr>
          <w:cantSplit w:val="true"/>
          <w:trHeight w:val="92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[Start–Present]</w:t>
            </w:r>
          </w:p>
        </w:tc>
        <w:tc>
          <w:tcPr>
            <w:tcW w:type="dxa" w:w="32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[Employer; city and country]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[Title; supervisor if relevant]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[Concise description of responsibilities]</w:t>
            </w:r>
          </w:p>
        </w:tc>
      </w:tr>
      <w:tr>
        <w:trPr>
          <w:cantSplit w:val="true"/>
          <w:trHeight w:val="92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2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[Employer; city and country]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[Title; supervisor if relevant]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[Concise description of responsibilities]</w:t>
            </w:r>
          </w:p>
        </w:tc>
      </w:tr>
      <w:tr>
        <w:trPr>
          <w:cantSplit w:val="true"/>
          <w:trHeight w:val="92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2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[Employer; city and country]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[Title; supervisor if relevant]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[Concise description of responsibilities]</w:t>
            </w:r>
          </w:p>
        </w:tc>
      </w:tr>
      <w:tr>
        <w:trPr>
          <w:cantSplit w:val="true"/>
          <w:trHeight w:val="92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2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[Employer; city and country]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[Title; supervisor if relevant]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[Concise description of responsibilities]</w:t>
            </w:r>
          </w:p>
        </w:tc>
      </w:tr>
      <w:tr>
        <w:trPr>
          <w:cantSplit w:val="true"/>
          <w:trHeight w:val="920" w:hRule="atLeast"/>
        </w:trPr>
        <w:tc>
          <w:tcPr>
            <w:tcW w:type="dxa" w:w="187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[Start–End]</w:t>
            </w:r>
          </w:p>
        </w:tc>
        <w:tc>
          <w:tcPr>
            <w:tcW w:type="dxa" w:w="32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[Employer; city and country]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[Title; supervisor if relevant]</w:t>
            </w:r>
          </w:p>
        </w:tc>
        <w:tc>
          <w:tcPr>
            <w:tcW w:type="dxa" w:w="2592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[Concise description of responsibilities]</w:t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RESEARCH AND TECHNICAL BACKGROUND  |  Use N/A if not applicable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48"/>
        <w:gridCol w:w="5148"/>
      </w:tblGrid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Research Interests / Field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[Current and previous research or technical field]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Projects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[Project name, dates, institution, role, objective, and result]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Methods / Equipment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[Laboratory methods, instruments, manufacturing processes, etc.]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Software / Programming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[Software, programming languages, modeling or data tools]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Professional Skills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[Licenses, certifications, specialized skills, or N/A]</w:t>
            </w:r>
          </w:p>
        </w:tc>
      </w:tr>
      <w:tr>
        <w:trPr>
          <w:cantSplit w:val="true"/>
          <w:trHeight w:val="520" w:hRule="atLeast"/>
        </w:trPr>
        <w:tc>
          <w:tcPr>
            <w:tcW w:type="dxa" w:w="295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8"/>
              </w:rPr>
              <w:t>Military Service</w:t>
            </w:r>
          </w:p>
        </w:tc>
        <w:tc>
          <w:tcPr>
            <w:tcW w:type="dxa" w:w="7343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105" w:type="dxa"/>
              <w:bottom w:w="90" w:type="dxa"/>
              <w:end w:w="10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8"/>
              </w:rPr>
              <w:t>[Country, branch, rank, specialty, and dates, or N/A]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PUBLICATIONS, PRESENTATIONS, AND PATENTS  |  Use additional pages if needed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74"/>
        <w:gridCol w:w="2574"/>
        <w:gridCol w:w="2574"/>
        <w:gridCol w:w="2574"/>
      </w:tblGrid>
      <w:tr>
        <w:trPr>
          <w:tblHeader w:val="true"/>
          <w:cantSplit w:val="true"/>
        </w:trPr>
        <w:tc>
          <w:tcPr>
            <w:tcW w:type="dxa" w:w="1036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</w:t>
            </w:r>
          </w:p>
        </w:tc>
        <w:tc>
          <w:tcPr>
            <w:tcW w:type="dxa" w:w="2088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Type</w:t>
            </w:r>
          </w:p>
        </w:tc>
        <w:tc>
          <w:tcPr>
            <w:tcW w:type="dxa" w:w="338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Title</w:t>
            </w:r>
          </w:p>
        </w:tc>
        <w:tc>
          <w:tcPr>
            <w:tcW w:type="dxa" w:w="3787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Authors / Venue / DOI or Patent Number</w:t>
            </w:r>
          </w:p>
        </w:tc>
      </w:tr>
      <w:tr>
        <w:trPr>
          <w:cantSplit w:val="true"/>
          <w:trHeight w:val="700" w:hRule="atLeast"/>
        </w:trPr>
        <w:tc>
          <w:tcPr>
            <w:tcW w:type="dxa" w:w="103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[YYYY]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[Article / conference / patent]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[Full title]</w:t>
            </w:r>
          </w:p>
        </w:tc>
        <w:tc>
          <w:tcPr>
            <w:tcW w:type="dxa" w:w="3787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[Citation details]</w:t>
            </w:r>
          </w:p>
        </w:tc>
      </w:tr>
      <w:tr>
        <w:trPr>
          <w:cantSplit w:val="true"/>
          <w:trHeight w:val="700" w:hRule="atLeast"/>
        </w:trPr>
        <w:tc>
          <w:tcPr>
            <w:tcW w:type="dxa" w:w="103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[YYYY]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[Article / conference / patent]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[Full title]</w:t>
            </w:r>
          </w:p>
        </w:tc>
        <w:tc>
          <w:tcPr>
            <w:tcW w:type="dxa" w:w="3787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[Citation details]</w:t>
            </w:r>
          </w:p>
        </w:tc>
      </w:tr>
      <w:tr>
        <w:trPr>
          <w:cantSplit w:val="true"/>
          <w:trHeight w:val="700" w:hRule="atLeast"/>
        </w:trPr>
        <w:tc>
          <w:tcPr>
            <w:tcW w:type="dxa" w:w="103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[YYYY]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[Article / conference / patent]</w:t>
            </w:r>
          </w:p>
        </w:tc>
        <w:tc>
          <w:tcPr>
            <w:tcW w:type="dxa" w:w="338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[Full title]</w:t>
            </w:r>
          </w:p>
        </w:tc>
        <w:tc>
          <w:tcPr>
            <w:tcW w:type="dxa" w:w="3787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[Citation details]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AWARDS AND PROFESSIONAL MEMBERSHIPS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32"/>
        <w:gridCol w:w="3432"/>
        <w:gridCol w:w="3432"/>
      </w:tblGrid>
      <w:tr>
        <w:trPr>
          <w:tblHeader w:val="true"/>
          <w:cantSplit w:val="true"/>
        </w:trPr>
        <w:tc>
          <w:tcPr>
            <w:tcW w:type="dxa" w:w="194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 / Period</w:t>
            </w:r>
          </w:p>
        </w:tc>
        <w:tc>
          <w:tcPr>
            <w:tcW w:type="dxa" w:w="4536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Award, Organization, or Membership</w:t>
            </w:r>
          </w:p>
        </w:tc>
        <w:tc>
          <w:tcPr>
            <w:tcW w:type="dxa" w:w="3816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Basis / Role / Status</w:t>
            </w:r>
          </w:p>
        </w:tc>
      </w:tr>
      <w:tr>
        <w:trPr>
          <w:cantSplit w:val="true"/>
          <w:trHeight w:val="60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[YYYY or period]</w:t>
            </w:r>
          </w:p>
        </w:tc>
        <w:tc>
          <w:tcPr>
            <w:tcW w:type="dxa" w:w="453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[Name of award or organization]</w:t>
            </w:r>
          </w:p>
        </w:tc>
        <w:tc>
          <w:tcPr>
            <w:tcW w:type="dxa" w:w="381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[Reason, role, membership level, or N/A]</w:t>
            </w:r>
          </w:p>
        </w:tc>
      </w:tr>
      <w:tr>
        <w:trPr>
          <w:cantSplit w:val="true"/>
          <w:trHeight w:val="60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[YYYY or period]</w:t>
            </w:r>
          </w:p>
        </w:tc>
        <w:tc>
          <w:tcPr>
            <w:tcW w:type="dxa" w:w="453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[Name of award or organization]</w:t>
            </w:r>
          </w:p>
        </w:tc>
        <w:tc>
          <w:tcPr>
            <w:tcW w:type="dxa" w:w="381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[Reason, role, membership level, or N/A]</w:t>
            </w:r>
          </w:p>
        </w:tc>
      </w:tr>
      <w:tr>
        <w:trPr>
          <w:cantSplit w:val="true"/>
          <w:trHeight w:val="600" w:hRule="atLeast"/>
        </w:trPr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[YYYY or period]</w:t>
            </w:r>
          </w:p>
        </w:tc>
        <w:tc>
          <w:tcPr>
            <w:tcW w:type="dxa" w:w="453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[Name of award or organization]</w:t>
            </w:r>
          </w:p>
        </w:tc>
        <w:tc>
          <w:tcPr>
            <w:tcW w:type="dxa" w:w="381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[Reason, role, membership level, or N/A]</w:t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LANGUAGE SKILLS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59"/>
        <w:gridCol w:w="2059"/>
        <w:gridCol w:w="2059"/>
        <w:gridCol w:w="2059"/>
        <w:gridCol w:w="2059"/>
      </w:tblGrid>
      <w:tr>
        <w:trPr>
          <w:tblHeader w:val="true"/>
          <w:cantSplit w:val="true"/>
        </w:trPr>
        <w:tc>
          <w:tcPr>
            <w:tcW w:type="dxa" w:w="180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Language</w:t>
            </w:r>
          </w:p>
        </w:tc>
        <w:tc>
          <w:tcPr>
            <w:tcW w:type="dxa" w:w="144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Reading</w:t>
            </w:r>
          </w:p>
        </w:tc>
        <w:tc>
          <w:tcPr>
            <w:tcW w:type="dxa" w:w="144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Writing</w:t>
            </w:r>
          </w:p>
        </w:tc>
        <w:tc>
          <w:tcPr>
            <w:tcW w:type="dxa" w:w="144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Speaking</w:t>
            </w:r>
          </w:p>
        </w:tc>
        <w:tc>
          <w:tcPr>
            <w:tcW w:type="dxa" w:w="4176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Qualification / Notes</w:t>
            </w:r>
          </w:p>
        </w:tc>
      </w:tr>
      <w:tr>
        <w:trPr>
          <w:cantSplit w:val="true"/>
          <w:trHeight w:val="540" w:hRule="atLeast"/>
        </w:trPr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[Language]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41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[Test score/certificate or N/A]</w:t>
            </w:r>
          </w:p>
        </w:tc>
      </w:tr>
      <w:tr>
        <w:trPr>
          <w:cantSplit w:val="true"/>
          <w:trHeight w:val="540" w:hRule="atLeast"/>
        </w:trPr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[Language]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41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[Test score/certificate or N/A]</w:t>
            </w:r>
          </w:p>
        </w:tc>
      </w:tr>
      <w:tr>
        <w:trPr>
          <w:cantSplit w:val="true"/>
          <w:trHeight w:val="540" w:hRule="atLeast"/>
        </w:trPr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[Language]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144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[Level]</w:t>
            </w:r>
          </w:p>
        </w:tc>
        <w:tc>
          <w:tcPr>
            <w:tcW w:type="dxa" w:w="41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[Test score/certificate or N/A]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INTERNATIONAL TRAVEL HISTORY  |  Use the period requested by the consular post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59"/>
        <w:gridCol w:w="2059"/>
        <w:gridCol w:w="2059"/>
        <w:gridCol w:w="2059"/>
        <w:gridCol w:w="2059"/>
      </w:tblGrid>
      <w:tr>
        <w:trPr>
          <w:tblHeader w:val="true"/>
          <w:cantSplit w:val="true"/>
        </w:trPr>
        <w:tc>
          <w:tcPr>
            <w:tcW w:type="dxa" w:w="2088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Country / Region</w:t>
            </w:r>
          </w:p>
        </w:tc>
        <w:tc>
          <w:tcPr>
            <w:tcW w:type="dxa" w:w="2088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Dates</w:t>
            </w:r>
          </w:p>
        </w:tc>
        <w:tc>
          <w:tcPr>
            <w:tcW w:type="dxa" w:w="2376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Purpose</w:t>
            </w:r>
          </w:p>
        </w:tc>
        <w:tc>
          <w:tcPr>
            <w:tcW w:type="dxa" w:w="194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Visa Type / Status</w:t>
            </w:r>
          </w:p>
        </w:tc>
        <w:tc>
          <w:tcPr>
            <w:tcW w:type="dxa" w:w="180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Notes</w:t>
            </w:r>
          </w:p>
        </w:tc>
      </w:tr>
      <w:tr>
        <w:trPr>
          <w:cantSplit w:val="true"/>
          <w:trHeight w:val="580" w:hRule="atLeast"/>
        </w:trPr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[Destination]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[MM/YYYY–MM/YYYY]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[Tourism/business/study/etc.]</w:t>
            </w:r>
          </w:p>
        </w:tc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[If known]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[Optional]</w:t>
            </w:r>
          </w:p>
        </w:tc>
      </w:tr>
      <w:tr>
        <w:trPr>
          <w:cantSplit w:val="true"/>
          <w:trHeight w:val="580" w:hRule="atLeast"/>
        </w:trPr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[Destination]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[MM/YYYY–MM/YYYY]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[Tourism/business/study/etc.]</w:t>
            </w:r>
          </w:p>
        </w:tc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[If known]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[Optional]</w:t>
            </w:r>
          </w:p>
        </w:tc>
      </w:tr>
      <w:tr>
        <w:trPr>
          <w:cantSplit w:val="true"/>
          <w:trHeight w:val="580" w:hRule="atLeast"/>
        </w:trPr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[Destination]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[MM/YYYY–MM/YYYY]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[Tourism/business/study/etc.]</w:t>
            </w:r>
          </w:p>
        </w:tc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[If known]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[Optional]</w:t>
            </w:r>
          </w:p>
        </w:tc>
      </w:tr>
      <w:tr>
        <w:trPr>
          <w:cantSplit w:val="true"/>
          <w:trHeight w:val="580" w:hRule="atLeast"/>
        </w:trPr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[Destination]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[MM/YYYY–MM/YYYY]</w:t>
            </w:r>
          </w:p>
        </w:tc>
        <w:tc>
          <w:tcPr>
            <w:tcW w:type="dxa" w:w="2376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[Tourism/business/study/etc.]</w:t>
            </w:r>
          </w:p>
        </w:tc>
        <w:tc>
          <w:tcPr>
            <w:tcW w:type="dxa" w:w="194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[If known]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5"/>
              </w:rPr>
              <w:t>[Optional]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TRAVEL COMPANIONS  |  If applicable</w:t>
            </w:r>
          </w:p>
        </w:tc>
      </w:tr>
    </w:tbl>
    <w:p>
      <w:pPr>
        <w:keepNext/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59"/>
        <w:gridCol w:w="2059"/>
        <w:gridCol w:w="2059"/>
        <w:gridCol w:w="2059"/>
        <w:gridCol w:w="2059"/>
      </w:tblGrid>
      <w:tr>
        <w:trPr>
          <w:tblHeader w:val="true"/>
          <w:cantSplit w:val="true"/>
        </w:trPr>
        <w:tc>
          <w:tcPr>
            <w:tcW w:type="dxa" w:w="216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Full Name</w:t>
            </w:r>
          </w:p>
        </w:tc>
        <w:tc>
          <w:tcPr>
            <w:tcW w:type="dxa" w:w="180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Relationship</w:t>
            </w:r>
          </w:p>
        </w:tc>
        <w:tc>
          <w:tcPr>
            <w:tcW w:type="dxa" w:w="2088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 of Birth</w:t>
            </w:r>
          </w:p>
        </w:tc>
        <w:tc>
          <w:tcPr>
            <w:tcW w:type="dxa" w:w="2448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Passport / Nationality</w:t>
            </w:r>
          </w:p>
        </w:tc>
        <w:tc>
          <w:tcPr>
            <w:tcW w:type="dxa" w:w="180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Notes</w:t>
            </w:r>
          </w:p>
        </w:tc>
      </w:tr>
      <w:tr>
        <w:trPr>
          <w:cantSplit w:val="true"/>
          <w:trHeight w:val="540" w:hRule="atLeast"/>
        </w:trPr>
        <w:tc>
          <w:tcPr>
            <w:tcW w:type="dxa" w:w="216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[Full name]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[Relationship]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[DD Month YYYY]</w:t>
            </w:r>
          </w:p>
        </w:tc>
        <w:tc>
          <w:tcPr>
            <w:tcW w:type="dxa" w:w="244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[Details if requested]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[Optional]</w:t>
            </w:r>
          </w:p>
        </w:tc>
      </w:tr>
      <w:tr>
        <w:trPr>
          <w:cantSplit w:val="true"/>
          <w:trHeight w:val="540" w:hRule="atLeast"/>
        </w:trPr>
        <w:tc>
          <w:tcPr>
            <w:tcW w:type="dxa" w:w="216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[Full name]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[Relationship]</w:t>
            </w:r>
          </w:p>
        </w:tc>
        <w:tc>
          <w:tcPr>
            <w:tcW w:type="dxa" w:w="208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[DD Month YYYY]</w:t>
            </w:r>
          </w:p>
        </w:tc>
        <w:tc>
          <w:tcPr>
            <w:tcW w:type="dxa" w:w="2448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[Details if requested]</w:t>
            </w:r>
          </w:p>
        </w:tc>
        <w:tc>
          <w:tcPr>
            <w:tcW w:type="dxa" w:w="180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shd w:fill="F6F7F8"/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6"/>
              </w:rPr>
              <w:t>[Optional]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297"/>
      </w:tblGrid>
      <w:tr>
        <w:trPr>
          <w:cantSplit/>
        </w:trPr>
        <w:tc>
          <w:tcPr>
            <w:tcW w:type="dxa" w:w="10296"/>
            <w:shd w:fill="1677B8"/>
            <w:tcBorders>
              <w:top w:val="single" w:sz="1" w:space="0" w:color="1677B8"/>
              <w:left w:val="single" w:sz="1" w:space="0" w:color="1677B8"/>
              <w:bottom w:val="single" w:sz="1" w:space="0" w:color="1677B8"/>
              <w:right w:val="single" w:sz="1" w:space="0" w:color="1677B8"/>
              <w:insideH w:val="single" w:sz="1" w:space="0" w:color="1677B8"/>
              <w:insideV w:val="single" w:sz="1" w:space="0" w:color="1677B8"/>
            </w:tcBorders>
            <w:tcMar>
              <w:top w:w="88" w:type="dxa"/>
              <w:start w:w="120" w:type="dxa"/>
              <w:bottom w:w="88" w:type="dxa"/>
              <w:end w:w="120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/>
                <w:i w:val="0"/>
                <w:color w:val="FFFFFF"/>
                <w:sz w:val="21"/>
              </w:rPr>
              <w:t>APPLICANT DECLARATION</w:t>
            </w:r>
          </w:p>
        </w:tc>
      </w:tr>
    </w:tbl>
    <w:p>
      <w:pPr>
        <w:keepNext/>
        <w:spacing w:after="20"/>
      </w:pPr>
    </w:p>
    <w:p>
      <w:pPr>
        <w:spacing w:before="0" w:after="140" w:line="317" w:lineRule="auto"/>
      </w:pPr>
      <w:r>
        <w:rPr>
          <w:rFonts w:ascii="Arial" w:hAnsi="Arial" w:eastAsia="Noto Sans CJK SC"/>
          <w:b w:val="0"/>
          <w:i w:val="0"/>
          <w:color w:val="181818"/>
          <w:sz w:val="19"/>
        </w:rPr>
        <w:t>I certify that the information in this curriculum vitae is true, complete, and consistent with my visa application and supporting documents to the best of my knowledge.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32"/>
        <w:gridCol w:w="3432"/>
        <w:gridCol w:w="3432"/>
      </w:tblGrid>
      <w:tr>
        <w:trPr>
          <w:tblHeader w:val="true"/>
          <w:cantSplit w:val="true"/>
        </w:trPr>
        <w:tc>
          <w:tcPr>
            <w:tcW w:type="dxa" w:w="3960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Applicant Signature</w:t>
            </w:r>
          </w:p>
        </w:tc>
        <w:tc>
          <w:tcPr>
            <w:tcW w:type="dxa" w:w="3671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Printed Name</w:t>
            </w:r>
          </w:p>
        </w:tc>
        <w:tc>
          <w:tcPr>
            <w:tcW w:type="dxa" w:w="2664"/>
            <w:shd w:fill="EEF6FB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90" w:type="dxa"/>
              <w:start w:w="85" w:type="dxa"/>
              <w:bottom w:w="90" w:type="dxa"/>
              <w:end w:w="85" w:type="dxa"/>
            </w:tcMar>
            <w:vAlign w:val="center"/>
          </w:tcPr>
          <w:p>
            <w:pPr>
              <w:spacing w:after="0" w:line="264" w:lineRule="auto"/>
              <w:jc w:val="center"/>
            </w:pPr>
            <w:r/>
            <w:r>
              <w:rPr>
                <w:rFonts w:ascii="Arial" w:hAnsi="Arial" w:eastAsia="Noto Sans CJK SC"/>
                <w:b/>
                <w:i w:val="0"/>
                <w:color w:val="181818"/>
                <w:sz w:val="17"/>
              </w:rPr>
              <w:t>Date</w:t>
            </w:r>
          </w:p>
        </w:tc>
      </w:tr>
      <w:tr>
        <w:trPr>
          <w:cantSplit w:val="true"/>
          <w:trHeight w:val="840" w:hRule="atLeast"/>
        </w:trPr>
        <w:tc>
          <w:tcPr>
            <w:tcW w:type="dxa" w:w="3960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[Sign here if requested]</w:t>
            </w:r>
          </w:p>
        </w:tc>
        <w:tc>
          <w:tcPr>
            <w:tcW w:type="dxa" w:w="3671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[Full name]</w:t>
            </w:r>
          </w:p>
        </w:tc>
        <w:tc>
          <w:tcPr>
            <w:tcW w:type="dxa" w:w="2664"/>
            <w:tcBorders>
              <w:top w:val="single" w:sz="5" w:space="0" w:color="C6CDD3"/>
              <w:left w:val="single" w:sz="5" w:space="0" w:color="C6CDD3"/>
              <w:bottom w:val="single" w:sz="5" w:space="0" w:color="C6CDD3"/>
              <w:right w:val="single" w:sz="5" w:space="0" w:color="C6CDD3"/>
              <w:insideH w:val="single" w:sz="5" w:space="0" w:color="C6CDD3"/>
              <w:insideV w:val="single" w:sz="5" w:space="0" w:color="C6CDD3"/>
            </w:tcBorders>
            <w:tcMar>
              <w:top w:w="85" w:type="dxa"/>
              <w:start w:w="85" w:type="dxa"/>
              <w:bottom w:w="85" w:type="dxa"/>
              <w:end w:w="85" w:type="dxa"/>
            </w:tcMar>
            <w:vAlign w:val="center"/>
          </w:tcPr>
          <w:p>
            <w:pPr>
              <w:spacing w:after="0" w:line="264" w:lineRule="auto"/>
              <w:jc w:val="left"/>
            </w:pPr>
            <w:r/>
            <w:r>
              <w:rPr>
                <w:rFonts w:ascii="Arial" w:hAnsi="Arial" w:eastAsia="Noto Sans CJK SC"/>
                <w:b w:val="0"/>
                <w:i/>
                <w:color w:val="626970"/>
                <w:sz w:val="17"/>
              </w:rPr>
              <w:t>[DD Month YYYY]</w:t>
            </w:r>
          </w:p>
        </w:tc>
      </w:tr>
    </w:tbl>
    <w:p>
      <w:pPr>
        <w:spacing w:before="140" w:after="0" w:line="317" w:lineRule="auto"/>
      </w:pPr>
      <w:r>
        <w:rPr>
          <w:rFonts w:ascii="Arial" w:hAnsi="Arial" w:eastAsia="Noto Sans CJK SC"/>
          <w:b w:val="0"/>
          <w:i/>
          <w:color w:val="626970"/>
          <w:sz w:val="17"/>
        </w:rPr>
        <w:t>Final check: remove all instructions and placeholders; confirm names and dates; follow the submission method stated by the U.S. embassy or consulate; keep a copy of the final file.</w:t>
      </w:r>
    </w:p>
    <w:sectPr w:rsidR="00FC693F" w:rsidRPr="0006063C" w:rsidSect="00034616">
      <w:footerReference w:type="default" r:id="rId9"/>
      <w:pgSz w:w="11909" w:h="16834"/>
      <w:pgMar w:top="749" w:right="806" w:bottom="749" w:left="8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40"/>
      <w:jc w:val="center"/>
    </w:pPr>
    <w:r>
      <w:rPr>
        <w:rFonts w:ascii="Arial" w:hAnsi="Arial" w:eastAsia="Noto Sans CJK SC"/>
        <w:b w:val="0"/>
        <w:i w:val="0"/>
        <w:color w:val="626970"/>
        <w:sz w:val="16"/>
      </w:rPr>
      <w:t xml:space="preserve">签界  |  美国签证材料个人简历模板  |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181818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rPr>
      <w:rFonts w:ascii="Arial" w:hAnsi="Arial" w:eastAsia="Noto Sans CJK SC"/>
      <w:color w:val="626970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美国签证材料个人简历模板</dc:title>
  <dc:subject>美国签证补充材料英文个人简历可编辑模板</dc:subject>
  <dc:creator>签界</dc:creator>
  <cp:keywords>美国签证个人简历模板,美国签证材料模板,美国签证英文简历,美国签证补充材料</cp:keywords>
  <dc:description>签界 usa.360qianjie.com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