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80"/>
        <w:jc w:val="center"/>
      </w:pPr>
      <w:r>
        <w:rPr>
          <w:rFonts w:ascii="Arial" w:hAnsi="Arial" w:eastAsia="Noto Sans CJK SC"/>
          <w:b/>
          <w:color w:val="000000"/>
          <w:sz w:val="40"/>
        </w:rPr>
        <w:t>美国DS160表格填写模板</w:t>
      </w:r>
    </w:p>
    <w:p>
      <w:pPr>
        <w:spacing w:after="140"/>
        <w:jc w:val="center"/>
      </w:pPr>
      <w:r>
        <w:rPr>
          <w:rFonts w:ascii="Arial" w:hAnsi="Arial" w:eastAsia="Noto Sans CJK SC"/>
          <w:b/>
          <w:color w:val="646464"/>
          <w:sz w:val="22"/>
        </w:rPr>
        <w:t>非移民签证申请信息预整理版</w:t>
      </w:r>
    </w:p>
    <w:p>
      <w:pPr>
        <w:spacing w:after="200"/>
        <w:jc w:val="center"/>
      </w:pPr>
      <w:r>
        <w:rPr>
          <w:rFonts w:ascii="Arial" w:hAnsi="Arial" w:eastAsia="Noto Sans CJK SC"/>
          <w:b w:val="0"/>
          <w:color w:val="646464"/>
          <w:sz w:val="18"/>
        </w:rPr>
        <w:t>签界  更新时间  2026年9月24日</w:t>
      </w:r>
    </w:p>
    <w:p>
      <w:pPr>
        <w:spacing w:after="100" w:line="324" w:lineRule="auto"/>
        <w:ind w:firstLine="420"/>
      </w:pPr>
      <w:r>
        <w:rPr>
          <w:rFonts w:ascii="Arial" w:hAnsi="Arial" w:eastAsia="Noto Sans CJK SC"/>
          <w:b w:val="0"/>
          <w:color w:val="232323"/>
          <w:sz w:val="20"/>
        </w:rPr>
        <w:t>本模板用于在填写美国国务院在线DS-160前整理个人资料，不能替代官方电子申请表，也不能直接提交。实际问题会根据签证类别和个人情况动态变化，请以领事电子申请中心页面显示为准。</w:t>
      </w:r>
    </w:p>
    <w:p>
      <w:pPr>
        <w:spacing w:after="100" w:line="324" w:lineRule="auto"/>
        <w:ind w:firstLine="420"/>
      </w:pPr>
      <w:r>
        <w:rPr>
          <w:rFonts w:ascii="Arial" w:hAnsi="Arial" w:eastAsia="Noto Sans CJK SC"/>
          <w:b w:val="0"/>
          <w:color w:val="232323"/>
          <w:sz w:val="20"/>
        </w:rPr>
        <w:t>除系统明确要求填写本国语言姓名外，DS-160答案应使用英文和英文字符。申请人应核对全部内容，并由本人完成电子签名和提交；如由他人协助，应按系统要求披露协助人信息。</w:t>
      </w:r>
    </w:p>
    <w:p>
      <w:pPr>
        <w:spacing w:after="140" w:line="324" w:lineRule="auto"/>
        <w:ind w:firstLine="420"/>
      </w:pPr>
      <w:r>
        <w:rPr>
          <w:rFonts w:ascii="Arial" w:hAnsi="Arial" w:eastAsia="Noto Sans CJK SC"/>
          <w:b w:val="0"/>
          <w:color w:val="232323"/>
          <w:sz w:val="20"/>
        </w:rPr>
        <w:t>隐私提醒：本模板可能包含护照、联系方式、家庭和工作经历等个人信息。请妥善保管，不要在共享文档中记录账号密码、银行卡密码或社交媒体密码。</w:t>
      </w:r>
    </w:p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申请设置和记录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申请地点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选择实际递交签证申请的美国使领馆所在地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拟申请签证类别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如B1/B2、F1、M1、J1、H1B、C1等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DS-160申请编号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创建申请后记录右上角Application ID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安全问题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问题：____________________  答案不在共享文档记录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记录所选问题；答案由申请人自行安全保存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创建日期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用于计算在线草稿的30天保存期限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预约系统使用邮箱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填写本人能够长期使用的邮箱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个人基本信息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护照姓 Surname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与护照资料页拼写完全一致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护照名 Given Names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与护照资料页拼写完全一致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中文姓名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按系统本国语言姓名栏填写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曾用名或其他姓名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包括曾用姓、婚前姓、宗教名或职业名；没有填无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姓名电报码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如系统要求且本人有对应电报码时填写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出生时性别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Male / Female，以系统当前要求为准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婚姻状况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选择与本人当前情况一致的选项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出生日期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格式按系统页面要求填写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出生城市和省份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使用当前通行的英文地名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出生国家或地区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选择系统中的对应选项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现有国籍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填写当前国籍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其他国籍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如曾经或目前拥有其他国籍，记录国家和相关信息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其他永久居留身份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如拥有其他国家或地区永久居留权，记录详情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身份证件号码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中国大陆申请人可填写居民身份证号码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美国社会安全号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如有则填写，没有按系统选项处理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美国纳税人号码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如有则填写，没有按系统选项处理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地址联系方式和社交媒体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现住址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街道、城市、省份、邮编和国家或地区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通信地址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与现住址不同则单独填写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主要电话号码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本人最常使用并可联系到的号码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备用电话号码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如有则填写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工作电话号码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如有则填写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电子邮箱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本人当前使用的邮箱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其他邮箱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按系统要求记录近期使用过的其他邮箱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其他电话号码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按系统要求记录近期使用过的其他号码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社交媒体一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平台名称及近5年使用过的账号标识，不填写密码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社交媒体二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平台名称及近5年使用过的账号标识，不填写密码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社交媒体三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平台名称及近5年使用过的账号标识，不填写密码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护照和旅行证件信息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护照类型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通常选择Regular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护照号码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按护照资料页填写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Passport Book Number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中国护照通常按系统提示选择是否适用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签发国家或地区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选择护照签发国或地区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签发城市和省份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按护照或实际签发信息填写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签发日期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按护照资料页填写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有效期至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按护照资料页填写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护照遗失或被盗记录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如有，记录号码、国家、时间及简要经过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赴美行程信息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赴美主要目的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选择与本次真实行程相符的签证类别和用途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预计抵达日期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尚未购票时可填写合理预计日期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预计停留时间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天、周、月或其他合理期限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美国停留地址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酒店、学校、公司或邀请人地址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抵达城市和航班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已有行程时填写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离境城市和航班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已有行程时填写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拟访问地点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列出主要城市或地点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旅行费用承担人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本人、公司、父母、配偶或其他人员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付款人信息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非本人承担时，填写姓名、关系、地址、电话和邮箱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同行人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记录姓名及与申请人的关系；没有填无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团队或机构名称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参加旅行团、公司团组或其他组织时填写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以往赴美和签证记录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最近一次赴美日期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如从未赴美，填写无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最近一次停留时间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按实际入境记录填写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前四次赴美记录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继续列出最近五次赴美日期及停留时间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美国驾照信息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如有，记录签发州和号码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是否曾获美国签证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最近签证签发日期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按签证页填写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签证号码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按签证页信息填写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是否申请相同类别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否，并说明是否在相同国家或地区申请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是否采集十指指纹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按本人以往签证申请情况回答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签证遗失或被盗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如有，记录年份及说明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签证取消或撤销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如有，记录时间和说明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曾被拒签或拒绝入境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如有，记录时间、地点、签证类别和简要情况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移民申请记录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如本人或他人为申请人提交过移民申请，记录详情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美国联系人信息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联系人姓名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在美国能够说明行程目的的个人；没有个人时可填机构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机构名称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酒店、学校、公司、会议主办方或其他机构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与申请人的关系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如朋友、亲属、雇主、学校或商务联系人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美国地址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街道、城市、州和邮编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联系电话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美国联系人或机构电话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电子邮箱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如无则按系统选项处理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家庭信息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父亲姓名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英文姓名及中文姓名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父亲出生日期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不清楚时按系统允许的选项处理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父亲是否在美国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否；如是，记录身份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母亲姓名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英文姓名及中文姓名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母亲出生日期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不清楚时按系统允许的选项处理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母亲是否在美国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是 / 否；如是，记录身份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美国直系亲属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配偶、未婚夫或未婚妻、子女、兄弟姐妹等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美国其他亲属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如有，记录姓名、关系及身份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配偶姓名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已婚、分居、离婚或丧偶申请人按系统问题填写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配偶出生信息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出生日期、城市、国家或地区及国籍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配偶地址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记录配偶当前住址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当前工作或学习信息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主要职业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从系统选项中选择最符合当前情况的类别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单位或学校名称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填写当前雇主、学校或经营主体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单位或学校地址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街道、城市、省份、邮编和国家或地区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联系电话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单位或学校电话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入职或入学日期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按实际情况填写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月收入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在职或经营人员按系统要求填写本币金额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职位或专业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填写当前职位、专业或课程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主要职责或学习内容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用英文简要说明实际工作或学习内容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以往工作和教育经历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前雇主一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单位名称、地址、电话、职位、主管、任职起止日期和职责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前雇主二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单位名称、地址、电话、职位、主管、任职起止日期和职责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中学后学校一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学校名称、地址、专业、就读起止日期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中学后学校二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学校名称、地址、专业、就读起止日期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其他教育经历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如适用，继续补充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旅行经历和其他背景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近5年国际旅行记录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按国家或地区整理；日期不确定时先核对护照和行程记录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使用语言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列出能够使用的语言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专业或社会组织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记录参加过的专业、社会或慈善组织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专业技能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如涉及枪械、爆炸物、核、生物或化学等专业训练，按实际说明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服兵役经历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国家、军种、军衔、专业及服役起止日期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准军事组织经历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如有，按系统问题如实说明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安全和背景问题预核对</w:t>
      </w:r>
    </w:p>
    <w:p>
      <w:pPr>
        <w:spacing w:after="100" w:line="324" w:lineRule="auto"/>
        <w:ind w:firstLine="420"/>
      </w:pPr>
      <w:r>
        <w:rPr>
          <w:rFonts w:ascii="Arial" w:hAnsi="Arial" w:eastAsia="Noto Sans CJK SC"/>
          <w:b w:val="0"/>
          <w:color w:val="232323"/>
          <w:sz w:val="20"/>
        </w:rPr>
        <w:t>以下仅用于提醒核对问题类别，不是官方题目原文。实际填写时应逐题阅读系统页面；如任一问题回答“是”，请另外整理事实、日期、地点和相关文件。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健康相关问题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是 / 否；如为是请另附说明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传染性疾病、影响安全的身心状况、药物滥用等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刑事记录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是 / 否；如为是请另附说明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被捕、定罪、毒品、卖淫、洗钱、人口贩运等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国家安全问题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是 / 否；如为是请另附说明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间谍、破坏、恐怖活动、暴力组织及相关支持等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战争及人权问题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是 / 否；如为是请另附说明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迫害、酷刑、法外处决、招募儿童兵等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移民违法记录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是 / 否；如为是请另附说明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虚假陈述、逾期停留、遣返、非法入境等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其他法定问题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是 / 否；如为是请另附说明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子女监护、非法投票、放弃国籍避税等系统列明事项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签证类别专属信息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F M学生签证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SEVIS ID、I-20学校名称和地址、专业及课程信息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J交流访问签证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SEVIS ID、DS-2019项目和主办机构信息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H L O P Q R等工作签证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I-129或I-797收据号码、申请公司及职位信息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C D过境或船员签证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过境行程、船舶或航空公司、雇主及报到信息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E类签证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根据具体类别确认是否需要DS-156E及企业资料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K类签证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申请人、美国申请人及相关移民申请信息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其他签证类别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按系统动态问题补充相关批准文件或项目信息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照片和提交前核对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27"/>
        <w:gridCol w:w="3427"/>
        <w:gridCol w:w="3427"/>
      </w:tblGrid>
      <w:tr>
        <w:trPr>
          <w:tblHeader w:val="true"/>
        </w:trPr>
        <w:tc>
          <w:tcPr>
            <w:tcW w:type="dxa" w:w="2563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信息项目</w:t>
            </w:r>
          </w:p>
        </w:tc>
        <w:tc>
          <w:tcPr>
            <w:tcW w:type="dxa" w:w="521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填写内容</w:t>
            </w:r>
          </w:p>
        </w:tc>
        <w:tc>
          <w:tcPr>
            <w:tcW w:type="dxa" w:w="2232"/>
            <w:shd w:fill="1478B8"/>
            <w:tcMar>
              <w:top w:w="105" w:type="dxa"/>
              <w:start w:w="105" w:type="dxa"/>
              <w:bottom w:w="105" w:type="dxa"/>
              <w:end w:w="105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 w:eastAsia="Noto Sans CJK SC"/>
                <w:b/>
                <w:color w:val="FFFFFF"/>
                <w:sz w:val="19"/>
              </w:rPr>
              <w:t>填写提示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电子照片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近6个月照片，符合DS-160数字照片要求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照片上传结果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确认页显示照片表示上传成功；显示X时按申请地要求携带纸质照片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英文拼写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姓名、地址、单位、学校及联系人信息已核对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日期和经历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旅行、工作、教育及签证记录前后一致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申请地点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DS-160申请地点与实际递交地点信息已核对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签证类别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与实际赴美目的一致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协助人信息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如有他人协助，已按系统要求填写</w:t>
            </w:r>
          </w:p>
        </w:tc>
      </w:tr>
      <w:tr>
        <w:trPr>
          <w:cantSplit w:val="true"/>
        </w:trPr>
        <w:tc>
          <w:tcPr>
            <w:tcW w:type="dxa" w:w="2563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电子签名</w:t>
            </w:r>
          </w:p>
        </w:tc>
        <w:tc>
          <w:tcPr>
            <w:tcW w:type="dxa" w:w="521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shd w:fill="EEF5FA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由申请人阅读并确认全部答案后完成</w:t>
            </w:r>
          </w:p>
        </w:tc>
      </w:tr>
      <w:tr>
        <w:trPr>
          <w:cantSplit w:val="true"/>
        </w:trPr>
        <w:tc>
          <w:tcPr>
            <w:tcW w:type="dxa" w:w="2563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center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确认页</w:t>
            </w:r>
          </w:p>
        </w:tc>
        <w:tc>
          <w:tcPr>
            <w:tcW w:type="dxa" w:w="521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646464"/>
                <w:sz w:val="18"/>
              </w:rPr>
              <w:t>请填写</w:t>
            </w:r>
          </w:p>
        </w:tc>
        <w:tc>
          <w:tcPr>
            <w:tcW w:type="dxa" w:w="2232"/>
            <w:tcMar>
              <w:top w:w="105" w:type="dxa"/>
              <w:start w:w="110" w:type="dxa"/>
              <w:bottom w:w="105" w:type="dxa"/>
              <w:end w:w="11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  <w:vAlign w:val="center"/>
          </w:tcPr>
          <w:p>
            <w:pPr>
              <w:spacing w:after="0" w:line="288" w:lineRule="auto"/>
              <w:jc w:val="left"/>
            </w:pPr>
            <w:r>
              <w:rPr>
                <w:rFonts w:ascii="Arial" w:hAnsi="Arial" w:eastAsia="Noto Sans CJK SC"/>
                <w:b w:val="0"/>
                <w:color w:val="232323"/>
                <w:sz w:val="18"/>
              </w:rPr>
              <w:t>提交后保存并打印带条形码的确认页</w:t>
            </w:r>
          </w:p>
        </w:tc>
      </w:tr>
    </w:tbl>
    <w:p>
      <w:pPr>
        <w:pStyle w:val="Heading1"/>
        <w:keepNext/>
        <w:spacing w:before="200" w:after="100"/>
      </w:pPr>
      <w:r>
        <w:rPr>
          <w:rFonts w:ascii="Arial" w:hAnsi="Arial" w:eastAsia="Noto Sans CJK SC"/>
          <w:b/>
          <w:color w:val="000000"/>
          <w:sz w:val="27"/>
        </w:rPr>
        <w:t>申请人确认</w:t>
      </w:r>
    </w:p>
    <w:p>
      <w:pPr>
        <w:spacing w:after="100" w:line="324" w:lineRule="auto"/>
        <w:ind w:firstLine="420"/>
      </w:pPr>
      <w:r>
        <w:rPr>
          <w:rFonts w:ascii="Arial" w:hAnsi="Arial" w:eastAsia="Noto Sans CJK SC"/>
          <w:b w:val="0"/>
          <w:color w:val="232323"/>
          <w:sz w:val="20"/>
        </w:rPr>
        <w:t>本人已核对本模板中整理的信息，并理解最终DS-160必须以本人真实情况和官方在线系统显示的问题为准。本人知悉，第三方可以协助整理或录入，但除符合规定的例外情形外，应由申请人本人完成电子签名和提交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41"/>
        <w:gridCol w:w="5141"/>
      </w:tblGrid>
      <w:tr>
        <w:trPr>
          <w:cantSplit w:val="true"/>
        </w:trPr>
        <w:tc>
          <w:tcPr>
            <w:tcW w:type="dxa" w:w="5011"/>
            <w:tcMar>
              <w:top w:w="170" w:type="dxa"/>
              <w:start w:w="120" w:type="dxa"/>
              <w:bottom w:w="170" w:type="dxa"/>
              <w:end w:w="12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</w:tcPr>
          <w:p>
            <w:pPr>
              <w:spacing w:after="0"/>
            </w:pPr>
            <w:r>
              <w:rPr>
                <w:rFonts w:ascii="Arial" w:hAnsi="Arial" w:eastAsia="Noto Sans CJK SC"/>
                <w:b w:val="0"/>
                <w:color w:val="232323"/>
                <w:sz w:val="20"/>
              </w:rPr>
              <w:t>申请人姓名：</w:t>
            </w:r>
          </w:p>
        </w:tc>
        <w:tc>
          <w:tcPr>
            <w:tcW w:type="dxa" w:w="5011"/>
            <w:tcMar>
              <w:top w:w="170" w:type="dxa"/>
              <w:start w:w="120" w:type="dxa"/>
              <w:bottom w:w="170" w:type="dxa"/>
              <w:end w:w="12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</w:tcPr>
          <w:p>
            <w:pPr>
              <w:spacing w:after="0"/>
            </w:pPr>
            <w:r>
              <w:rPr>
                <w:rFonts w:ascii="Arial" w:hAnsi="Arial" w:eastAsia="Noto Sans CJK SC"/>
                <w:b w:val="0"/>
                <w:color w:val="232323"/>
                <w:sz w:val="20"/>
              </w:rPr>
              <w:t>核对日期：</w:t>
            </w:r>
          </w:p>
        </w:tc>
      </w:tr>
      <w:tr>
        <w:trPr>
          <w:cantSplit w:val="true"/>
        </w:trPr>
        <w:tc>
          <w:tcPr>
            <w:tcW w:type="dxa" w:w="5011"/>
            <w:tcMar>
              <w:top w:w="170" w:type="dxa"/>
              <w:start w:w="120" w:type="dxa"/>
              <w:bottom w:w="170" w:type="dxa"/>
              <w:end w:w="12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</w:tcPr>
          <w:p>
            <w:pPr>
              <w:spacing w:after="0"/>
            </w:pPr>
            <w:r>
              <w:rPr>
                <w:rFonts w:ascii="Arial" w:hAnsi="Arial" w:eastAsia="Noto Sans CJK SC"/>
                <w:b w:val="0"/>
                <w:color w:val="232323"/>
                <w:sz w:val="20"/>
              </w:rPr>
              <w:t>申请人签名：</w:t>
            </w:r>
          </w:p>
        </w:tc>
        <w:tc>
          <w:tcPr>
            <w:tcW w:type="dxa" w:w="5011"/>
            <w:tcMar>
              <w:top w:w="170" w:type="dxa"/>
              <w:start w:w="120" w:type="dxa"/>
              <w:bottom w:w="170" w:type="dxa"/>
              <w:end w:w="120" w:type="dxa"/>
            </w:tcMar>
            <w:tcBorders>
              <w:top w:val="single" w:sz="6" w:space="0" w:color="C7CDD3"/>
              <w:left w:val="single" w:sz="6" w:space="0" w:color="C7CDD3"/>
              <w:bottom w:val="single" w:sz="6" w:space="0" w:color="C7CDD3"/>
              <w:right w:val="single" w:sz="6" w:space="0" w:color="C7CDD3"/>
              <w:insideH w:val="single" w:sz="6" w:space="0" w:color="C7CDD3"/>
              <w:insideV w:val="single" w:sz="6" w:space="0" w:color="C7CDD3"/>
            </w:tcBorders>
          </w:tcPr>
          <w:p>
            <w:pPr>
              <w:spacing w:after="0"/>
            </w:pPr>
            <w:r>
              <w:rPr>
                <w:rFonts w:ascii="Arial" w:hAnsi="Arial" w:eastAsia="Noto Sans CJK SC"/>
                <w:b w:val="0"/>
                <w:color w:val="232323"/>
                <w:sz w:val="20"/>
              </w:rPr>
              <w:t>DS-160申请编号：</w:t>
            </w:r>
          </w:p>
        </w:tc>
      </w:tr>
    </w:tbl>
    <w:p>
      <w:pPr>
        <w:spacing w:before="160" w:after="0"/>
        <w:jc w:val="right"/>
      </w:pPr>
      <w:r>
        <w:rPr>
          <w:rFonts w:ascii="Arial" w:hAnsi="Arial" w:eastAsia="Noto Sans CJK SC"/>
          <w:b/>
          <w:color w:val="646464"/>
          <w:sz w:val="18"/>
        </w:rPr>
        <w:t>签界美国签证服务中心  usa.360qianjie.com</w:t>
      </w:r>
    </w:p>
    <w:sectPr w:rsidR="00FC693F" w:rsidRPr="0006063C" w:rsidSect="00034616">
      <w:pgSz w:w="12240" w:h="15840"/>
      <w:pgMar w:top="893" w:right="979" w:bottom="893" w:left="97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CJK SC"/>
      <w:color w:val="232323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CJK SC"/>
      <w:b/>
      <w:bCs/>
      <w:color w:val="000000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CJK SC"/>
      <w:b/>
      <w:color w:val="000000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美国DS160表格填写模板</dc:title>
  <dc:subject>2026年美国非移民签证DS-160信息预整理模板</dc:subject>
  <dc:creator>签界</dc:creator>
  <cp:keywords>美国DS160表格填写模板,DS160表格下载,美国签证申请表,DS160填写资料</cp:keywords>
  <dc:description>依据截至2026年9月24日的美国国务院公开信息整理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